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Fritidslotteriet</w:t>
      </w:r>
    </w:p>
    <w:p>
      <w:r>
        <w:rPr>
          <w:i/>
        </w:rPr>
        <w:t>200 idéer för eftermiddagen på fritids. F-3 och 4-6.</w:t>
      </w:r>
    </w:p>
    <w:p>
      <w:r>
        <w:t>Fritidslotteriet är en idébank för fritidshemmet (F-3) och fritidsklubben (4-6). Den har två delar. Egna eftermiddagar är 100 kort som ett barn kan läsa själv och göra ensam eller med en eller två kompisar, till eftermiddagen när man inte har en egen idé. Fritidsteman är 100 större teman och projekt som hela fritids gör tillsammans, med förberedelser, material, upplägg och koppling till Lgr22 kapitel 4.</w:t>
      </w:r>
    </w:p>
    <w:p>
      <w:pPr>
        <w:pStyle w:val="Heading2"/>
      </w:pPr>
      <w:r>
        <w:t>Så används det</w:t>
      </w:r>
    </w:p>
    <w:p>
      <w:pPr>
        <w:pStyle w:val="ListBullet"/>
      </w:pPr>
      <w:r>
        <w:t>Webbverktyget (fritidslotteriet.html) fungerar på dator, platta och storskärm. Inget konto, ingen inloggning.</w:t>
      </w:r>
    </w:p>
    <w:p>
      <w:pPr>
        <w:pStyle w:val="ListBullet"/>
      </w:pPr>
      <w:r>
        <w:t>Egna eftermiddagar: barnet drar ett kort, eller drar tre och väljer ett. Framsidan har högst tre steg, baksidan två svårare nivåer.</w:t>
      </w:r>
    </w:p>
    <w:p>
      <w:pPr>
        <w:pStyle w:val="ListBullet"/>
      </w:pPr>
      <w:r>
        <w:t>Urvalet styrs på ålder, plats (inne, ute, sal, ateljé), tid och sort. Favoriter sparas.</w:t>
      </w:r>
    </w:p>
    <w:p>
      <w:pPr>
        <w:pStyle w:val="ListBullet"/>
      </w:pPr>
      <w:r>
        <w:t>Fritidsteman: arbetslaget filtrerar på område, storlek och årstid, eller lottar ett tema. Varje tema skrivs ut som ett planeringsblad.</w:t>
      </w:r>
    </w:p>
    <w:p>
      <w:pPr>
        <w:pStyle w:val="ListBullet"/>
      </w:pPr>
      <w:r>
        <w:t>Alla aktiviteter är prövade mot lockelsetestet: utmaning, något att visa upp, eget val, spänning, på riktigt, och för 4-6 att det är okej om en kompis ser.</w:t>
      </w:r>
    </w:p>
    <w:p>
      <w:pPr>
        <w:pStyle w:val="Heading2"/>
      </w:pPr>
      <w:r>
        <w:t>I siffror</w:t>
      </w:r>
    </w:p>
    <w:p>
      <w:pPr>
        <w:pStyle w:val="ListBullet"/>
      </w:pPr>
      <w:r>
        <w:t>Egna eftermiddagar: 100 kort, varav 65 för F-3 och 68 för 4-6.</w:t>
      </w:r>
    </w:p>
    <w:p>
      <w:pPr>
        <w:pStyle w:val="ListBullet"/>
      </w:pPr>
      <w:r>
        <w:t>Fritidsteman: 100 teman, varav 32 en eftermiddag, 32 temavecka, 24 projekt, 12 tradition.</w:t>
      </w:r>
    </w:p>
    <w:p>
      <w:pPr>
        <w:pStyle w:val="ListBullet"/>
      </w:pPr>
      <w:r>
        <w:t>Teman per område: Språk och kommunikation 25, Skapande och estetiska uttrycksformer 25, Natur, teknik och samhälle 25, Lekar, fysisk aktivitet och utevistelse 25.</w:t>
      </w:r>
    </w:p>
    <w:p>
      <w:pPr>
        <w:pStyle w:val="ListBullet"/>
      </w:pPr>
      <w:r>
        <w:t>Underlag: 177 källor till temana och 76 till korten.</w:t>
      </w:r>
    </w:p>
    <w:p>
      <w:r>
        <w:br w:type="page"/>
      </w:r>
    </w:p>
    <w:p>
      <w:pPr>
        <w:pStyle w:val="Heading1"/>
      </w:pPr>
      <w:r>
        <w:t>Del 1: Egna eftermiddagar</w:t>
      </w:r>
    </w:p>
    <w:p>
      <w:r>
        <w:t>Ett urval av vad korten innehåller. Hela kortet, med nivåer och förberedelser, finns i webbverktyget.</w:t>
      </w:r>
    </w:p>
    <w:p>
      <w:pPr>
        <w:pStyle w:val="Heading2"/>
      </w:pPr>
      <w:r>
        <w:rPr>
          <w:color w:val="E5517F"/>
        </w:rPr>
        <w:t>Skapa (17)</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E5517F"/>
          </w:tcPr>
          <w:p>
            <w:r>
              <w:rPr>
                <w:b/>
                <w:color w:val="FFFFFF"/>
              </w:rPr>
              <w:t>Nr</w:t>
            </w:r>
          </w:p>
        </w:tc>
        <w:tc>
          <w:tcPr>
            <w:tcW w:type="dxa" w:w="4876"/>
            <w:shd w:val="clear" w:color="auto" w:fill="E5517F"/>
          </w:tcPr>
          <w:p>
            <w:r>
              <w:rPr>
                <w:b/>
                <w:color w:val="FFFFFF"/>
              </w:rPr>
              <w:t>Aktivitet</w:t>
            </w:r>
          </w:p>
        </w:tc>
        <w:tc>
          <w:tcPr>
            <w:tcW w:type="dxa" w:w="1134"/>
            <w:shd w:val="clear" w:color="auto" w:fill="E5517F"/>
          </w:tcPr>
          <w:p>
            <w:r>
              <w:rPr>
                <w:b/>
                <w:color w:val="FFFFFF"/>
              </w:rPr>
              <w:t>För</w:t>
            </w:r>
          </w:p>
        </w:tc>
        <w:tc>
          <w:tcPr>
            <w:tcW w:type="dxa" w:w="680"/>
            <w:shd w:val="clear" w:color="auto" w:fill="E5517F"/>
          </w:tcPr>
          <w:p>
            <w:r>
              <w:rPr>
                <w:b/>
                <w:color w:val="FFFFFF"/>
              </w:rPr>
              <w:t>Min</w:t>
            </w:r>
          </w:p>
        </w:tc>
        <w:tc>
          <w:tcPr>
            <w:tcW w:type="dxa" w:w="2494"/>
            <w:shd w:val="clear" w:color="auto" w:fill="E5517F"/>
          </w:tcPr>
          <w:p>
            <w:r>
              <w:rPr>
                <w:b/>
                <w:color w:val="FFFFFF"/>
              </w:rPr>
              <w:t>Material</w:t>
            </w:r>
          </w:p>
        </w:tc>
      </w:tr>
      <w:tr>
        <w:tc>
          <w:tcPr>
            <w:tcW w:type="dxa" w:w="680"/>
          </w:tcPr>
          <w:p>
            <w:r>
              <w:t>F001</w:t>
            </w:r>
          </w:p>
        </w:tc>
        <w:tc>
          <w:tcPr>
            <w:tcW w:type="dxa" w:w="4876"/>
          </w:tcPr>
          <w:p>
            <w:r>
              <w:rPr>
                <w:b/>
              </w:rPr>
              <w:t>Tumavtrycksdjuren</w:t>
            </w:r>
          </w:p>
          <w:p>
            <w:r>
              <w:rPr>
                <w:sz w:val="17"/>
              </w:rPr>
              <w:t>Tryck tummen mot stämpeldynan och sedan på papperet. Gör många avtryck, stora och små.</w:t>
            </w:r>
          </w:p>
        </w:tc>
        <w:tc>
          <w:tcPr>
            <w:tcW w:type="dxa" w:w="1134"/>
          </w:tcPr>
          <w:p>
            <w:r>
              <w:t>F-3</w:t>
            </w:r>
          </w:p>
        </w:tc>
        <w:tc>
          <w:tcPr>
            <w:tcW w:type="dxa" w:w="680"/>
          </w:tcPr>
          <w:p>
            <w:r>
              <w:t>20</w:t>
            </w:r>
          </w:p>
        </w:tc>
        <w:tc>
          <w:tcPr>
            <w:tcW w:type="dxa" w:w="2494"/>
          </w:tcPr>
          <w:p>
            <w:r>
              <w:t>Stämpeldyna eller vattenfärg, papper, tunna tuschpennor, våtservetter</w:t>
            </w:r>
          </w:p>
        </w:tc>
      </w:tr>
      <w:tr>
        <w:tc>
          <w:tcPr>
            <w:tcW w:type="dxa" w:w="680"/>
          </w:tcPr>
          <w:p>
            <w:r>
              <w:t>F002</w:t>
            </w:r>
          </w:p>
        </w:tc>
        <w:tc>
          <w:tcPr>
            <w:tcW w:type="dxa" w:w="4876"/>
          </w:tcPr>
          <w:p>
            <w:r>
              <w:rPr>
                <w:b/>
              </w:rPr>
              <w:t>Blädderboken</w:t>
            </w:r>
          </w:p>
          <w:p>
            <w:r>
              <w:rPr>
                <w:sz w:val="17"/>
              </w:rPr>
              <w:t>Välj en enkel rörelse: en boll som studsar, en gubbe som hoppar eller en blomma som växer.</w:t>
            </w:r>
          </w:p>
        </w:tc>
        <w:tc>
          <w:tcPr>
            <w:tcW w:type="dxa" w:w="1134"/>
          </w:tcPr>
          <w:p>
            <w:r>
              <w:t>F-3 och 4-6</w:t>
            </w:r>
          </w:p>
        </w:tc>
        <w:tc>
          <w:tcPr>
            <w:tcW w:type="dxa" w:w="680"/>
          </w:tcPr>
          <w:p>
            <w:r>
              <w:t>40</w:t>
            </w:r>
          </w:p>
        </w:tc>
        <w:tc>
          <w:tcPr>
            <w:tcW w:type="dxa" w:w="2494"/>
          </w:tcPr>
          <w:p>
            <w:r>
              <w:t>Post-it-block eller 20-30 små papperslappar, häftapparat, penna</w:t>
            </w:r>
          </w:p>
        </w:tc>
      </w:tr>
      <w:tr>
        <w:tc>
          <w:tcPr>
            <w:tcW w:type="dxa" w:w="680"/>
          </w:tcPr>
          <w:p>
            <w:r>
              <w:t>F003</w:t>
            </w:r>
          </w:p>
        </w:tc>
        <w:tc>
          <w:tcPr>
            <w:tcW w:type="dxa" w:w="4876"/>
          </w:tcPr>
          <w:p>
            <w:r>
              <w:rPr>
                <w:b/>
              </w:rPr>
              <w:t>Pompomdjuret</w:t>
            </w:r>
          </w:p>
          <w:p>
            <w:r>
              <w:rPr>
                <w:sz w:val="17"/>
              </w:rPr>
              <w:t>Klipp en kartongbit, ungefär 5 x 10 cm. Linda garn runt den minst 80 varv.</w:t>
            </w:r>
          </w:p>
        </w:tc>
        <w:tc>
          <w:tcPr>
            <w:tcW w:type="dxa" w:w="1134"/>
          </w:tcPr>
          <w:p>
            <w:r>
              <w:t>F-3 och 4-6</w:t>
            </w:r>
          </w:p>
        </w:tc>
        <w:tc>
          <w:tcPr>
            <w:tcW w:type="dxa" w:w="680"/>
          </w:tcPr>
          <w:p>
            <w:r>
              <w:t>30</w:t>
            </w:r>
          </w:p>
        </w:tc>
        <w:tc>
          <w:tcPr>
            <w:tcW w:type="dxa" w:w="2494"/>
          </w:tcPr>
          <w:p>
            <w:r>
              <w:t>Garn, kartongbit, sax, lim, filtbitar, piprensare (valfritt)</w:t>
            </w:r>
          </w:p>
        </w:tc>
      </w:tr>
      <w:tr>
        <w:tc>
          <w:tcPr>
            <w:tcW w:type="dxa" w:w="680"/>
          </w:tcPr>
          <w:p>
            <w:r>
              <w:t>F004</w:t>
            </w:r>
          </w:p>
        </w:tc>
        <w:tc>
          <w:tcPr>
            <w:tcW w:type="dxa" w:w="4876"/>
          </w:tcPr>
          <w:p>
            <w:r>
              <w:rPr>
                <w:b/>
              </w:rPr>
              <w:t>Snöflingefabriken</w:t>
            </w:r>
          </w:p>
          <w:p>
            <w:r>
              <w:rPr>
                <w:sz w:val="17"/>
              </w:rPr>
              <w:t>Vik ett kvadratiskt papper till en triangel. Vik triangeln i tre lika delar så att det blir en smal strut.</w:t>
            </w:r>
          </w:p>
        </w:tc>
        <w:tc>
          <w:tcPr>
            <w:tcW w:type="dxa" w:w="1134"/>
          </w:tcPr>
          <w:p>
            <w:r>
              <w:t>F-3 och 4-6</w:t>
            </w:r>
          </w:p>
        </w:tc>
        <w:tc>
          <w:tcPr>
            <w:tcW w:type="dxa" w:w="680"/>
          </w:tcPr>
          <w:p>
            <w:r>
              <w:t>20</w:t>
            </w:r>
          </w:p>
        </w:tc>
        <w:tc>
          <w:tcPr>
            <w:tcW w:type="dxa" w:w="2494"/>
          </w:tcPr>
          <w:p>
            <w:r>
              <w:t>Tunt vitt papper, sax</w:t>
            </w:r>
          </w:p>
        </w:tc>
      </w:tr>
      <w:tr>
        <w:tc>
          <w:tcPr>
            <w:tcW w:type="dxa" w:w="680"/>
          </w:tcPr>
          <w:p>
            <w:r>
              <w:t>F005</w:t>
            </w:r>
          </w:p>
        </w:tc>
        <w:tc>
          <w:tcPr>
            <w:tcW w:type="dxa" w:w="4876"/>
          </w:tcPr>
          <w:p>
            <w:r>
              <w:rPr>
                <w:b/>
              </w:rPr>
              <w:t>Skuggdockorna</w:t>
            </w:r>
          </w:p>
          <w:p>
            <w:r>
              <w:rPr>
                <w:sz w:val="17"/>
              </w:rPr>
              <w:t>Rita figurer från sidan på kartong, ungefär en hand stora. Klipp ut dem och klipp hål för ögon.</w:t>
            </w:r>
          </w:p>
        </w:tc>
        <w:tc>
          <w:tcPr>
            <w:tcW w:type="dxa" w:w="1134"/>
          </w:tcPr>
          <w:p>
            <w:r>
              <w:t>F-3 och 4-6</w:t>
            </w:r>
          </w:p>
        </w:tc>
        <w:tc>
          <w:tcPr>
            <w:tcW w:type="dxa" w:w="680"/>
          </w:tcPr>
          <w:p>
            <w:r>
              <w:t>45</w:t>
            </w:r>
          </w:p>
        </w:tc>
        <w:tc>
          <w:tcPr>
            <w:tcW w:type="dxa" w:w="2494"/>
          </w:tcPr>
          <w:p>
            <w:r>
              <w:t>Tjock kartong, sax, tejp, grillpinnar eller sugrör, ficklampa, vit vägg eller lakan, pappersstift (valfritt)</w:t>
            </w:r>
          </w:p>
        </w:tc>
      </w:tr>
      <w:tr>
        <w:tc>
          <w:tcPr>
            <w:tcW w:type="dxa" w:w="680"/>
          </w:tcPr>
          <w:p>
            <w:r>
              <w:t>F006</w:t>
            </w:r>
          </w:p>
        </w:tc>
        <w:tc>
          <w:tcPr>
            <w:tcW w:type="dxa" w:w="4876"/>
          </w:tcPr>
          <w:p>
            <w:r>
              <w:rPr>
                <w:b/>
              </w:rPr>
              <w:t>Kartongvävstolen</w:t>
            </w:r>
          </w:p>
          <w:p>
            <w:r>
              <w:rPr>
                <w:sz w:val="17"/>
              </w:rPr>
              <w:t>Klipp små hack med en centimeters mellanrum längs två motsatta kanter. Linda garn fram och tillbaka genom hacken.</w:t>
            </w:r>
          </w:p>
        </w:tc>
        <w:tc>
          <w:tcPr>
            <w:tcW w:type="dxa" w:w="1134"/>
          </w:tcPr>
          <w:p>
            <w:r>
              <w:t>F-3 och 4-6</w:t>
            </w:r>
          </w:p>
        </w:tc>
        <w:tc>
          <w:tcPr>
            <w:tcW w:type="dxa" w:w="680"/>
          </w:tcPr>
          <w:p>
            <w:r>
              <w:t>45</w:t>
            </w:r>
          </w:p>
        </w:tc>
        <w:tc>
          <w:tcPr>
            <w:tcW w:type="dxa" w:w="2494"/>
          </w:tcPr>
          <w:p>
            <w:r>
              <w:t>Kartongbit ca 15 x 20 cm, garn i flera färger, sax, glasspinne eller trubbig stoppnål</w:t>
            </w:r>
          </w:p>
        </w:tc>
      </w:tr>
      <w:tr>
        <w:tc>
          <w:tcPr>
            <w:tcW w:type="dxa" w:w="680"/>
          </w:tcPr>
          <w:p>
            <w:r>
              <w:t>F007</w:t>
            </w:r>
          </w:p>
        </w:tc>
        <w:tc>
          <w:tcPr>
            <w:tcW w:type="dxa" w:w="4876"/>
          </w:tcPr>
          <w:p>
            <w:r>
              <w:rPr>
                <w:b/>
              </w:rPr>
              <w:t>Popupkortet</w:t>
            </w:r>
          </w:p>
          <w:p>
            <w:r>
              <w:rPr>
                <w:sz w:val="17"/>
              </w:rPr>
              <w:t>Vik ett papper på mitten. Klipp två korta, parallella snitt in från vikkanten.</w:t>
            </w:r>
          </w:p>
        </w:tc>
        <w:tc>
          <w:tcPr>
            <w:tcW w:type="dxa" w:w="1134"/>
          </w:tcPr>
          <w:p>
            <w:r>
              <w:t>F-3 och 4-6</w:t>
            </w:r>
          </w:p>
        </w:tc>
        <w:tc>
          <w:tcPr>
            <w:tcW w:type="dxa" w:w="680"/>
          </w:tcPr>
          <w:p>
            <w:r>
              <w:t>30</w:t>
            </w:r>
          </w:p>
        </w:tc>
        <w:tc>
          <w:tcPr>
            <w:tcW w:type="dxa" w:w="2494"/>
          </w:tcPr>
          <w:p>
            <w:r>
              <w:t>Två ark tjockt papper, sax, lim, pennor</w:t>
            </w:r>
          </w:p>
        </w:tc>
      </w:tr>
      <w:tr>
        <w:tc>
          <w:tcPr>
            <w:tcW w:type="dxa" w:w="680"/>
          </w:tcPr>
          <w:p>
            <w:r>
              <w:t>F008</w:t>
            </w:r>
          </w:p>
        </w:tc>
        <w:tc>
          <w:tcPr>
            <w:tcW w:type="dxa" w:w="4876"/>
          </w:tcPr>
          <w:p>
            <w:r>
              <w:rPr>
                <w:b/>
              </w:rPr>
              <w:t>Raklöddermarmorering</w:t>
            </w:r>
          </w:p>
          <w:p>
            <w:r>
              <w:rPr>
                <w:sz w:val="17"/>
              </w:rPr>
              <w:t>Spruta ut ett jämnt lager lödder i formen. Droppa färg på toppen.</w:t>
            </w:r>
          </w:p>
        </w:tc>
        <w:tc>
          <w:tcPr>
            <w:tcW w:type="dxa" w:w="1134"/>
          </w:tcPr>
          <w:p>
            <w:r>
              <w:t>F-3</w:t>
            </w:r>
          </w:p>
        </w:tc>
        <w:tc>
          <w:tcPr>
            <w:tcW w:type="dxa" w:w="680"/>
          </w:tcPr>
          <w:p>
            <w:r>
              <w:t>25</w:t>
            </w:r>
          </w:p>
        </w:tc>
        <w:tc>
          <w:tcPr>
            <w:tcW w:type="dxa" w:w="2494"/>
          </w:tcPr>
          <w:p>
            <w:r>
              <w:t>Raklödder (skum, inte gel), flytande vattenfärg eller karamellfärg, låg form eller bricka, glasspinne, papper, kartongbit (inköp)</w:t>
            </w:r>
          </w:p>
        </w:tc>
      </w:tr>
      <w:tr>
        <w:tc>
          <w:tcPr>
            <w:tcW w:type="dxa" w:w="680"/>
          </w:tcPr>
          <w:p>
            <w:r>
              <w:t>F009</w:t>
            </w:r>
          </w:p>
        </w:tc>
        <w:tc>
          <w:tcPr>
            <w:tcW w:type="dxa" w:w="4876"/>
          </w:tcPr>
          <w:p>
            <w:r>
              <w:rPr>
                <w:b/>
              </w:rPr>
              <w:t>Skuggritaren</w:t>
            </w:r>
          </w:p>
          <w:p>
            <w:r>
              <w:rPr>
                <w:sz w:val="17"/>
              </w:rPr>
              <w:t>Ställ en figur på papperet i solen eller framför en lampa så att skuggan faller på papperet.</w:t>
            </w:r>
          </w:p>
        </w:tc>
        <w:tc>
          <w:tcPr>
            <w:tcW w:type="dxa" w:w="1134"/>
          </w:tcPr>
          <w:p>
            <w:r>
              <w:t>F-3</w:t>
            </w:r>
          </w:p>
        </w:tc>
        <w:tc>
          <w:tcPr>
            <w:tcW w:type="dxa" w:w="680"/>
          </w:tcPr>
          <w:p>
            <w:r>
              <w:t>20</w:t>
            </w:r>
          </w:p>
        </w:tc>
        <w:tc>
          <w:tcPr>
            <w:tcW w:type="dxa" w:w="2494"/>
          </w:tcPr>
          <w:p>
            <w:r>
              <w:t>Leksaksdjur eller figurer, papper, pennor, en lampa eller solsken</w:t>
            </w:r>
          </w:p>
        </w:tc>
      </w:tr>
      <w:tr>
        <w:tc>
          <w:tcPr>
            <w:tcW w:type="dxa" w:w="680"/>
          </w:tcPr>
          <w:p>
            <w:r>
              <w:t>F010</w:t>
            </w:r>
          </w:p>
        </w:tc>
        <w:tc>
          <w:tcPr>
            <w:tcW w:type="dxa" w:w="4876"/>
          </w:tcPr>
          <w:p>
            <w:r>
              <w:rPr>
                <w:b/>
              </w:rPr>
              <w:t>Fingerstickaren</w:t>
            </w:r>
          </w:p>
          <w:p>
            <w:r>
              <w:rPr>
                <w:sz w:val="17"/>
              </w:rPr>
              <w:t>Håll garnänden mellan tummen och handen. Linda garnet i åttor mellan fyra fingrar, sedan ett varv till ovanpå.</w:t>
            </w:r>
          </w:p>
        </w:tc>
        <w:tc>
          <w:tcPr>
            <w:tcW w:type="dxa" w:w="1134"/>
          </w:tcPr>
          <w:p>
            <w:r>
              <w:t>F-3</w:t>
            </w:r>
          </w:p>
        </w:tc>
        <w:tc>
          <w:tcPr>
            <w:tcW w:type="dxa" w:w="680"/>
          </w:tcPr>
          <w:p>
            <w:r>
              <w:t>30</w:t>
            </w:r>
          </w:p>
        </w:tc>
        <w:tc>
          <w:tcPr>
            <w:tcW w:type="dxa" w:w="2494"/>
          </w:tcPr>
          <w:p>
            <w:r>
              <w:t>Tjockt garn, sax</w:t>
            </w:r>
          </w:p>
        </w:tc>
      </w:tr>
      <w:tr>
        <w:tc>
          <w:tcPr>
            <w:tcW w:type="dxa" w:w="680"/>
          </w:tcPr>
          <w:p>
            <w:r>
              <w:t>F011</w:t>
            </w:r>
          </w:p>
        </w:tc>
        <w:tc>
          <w:tcPr>
            <w:tcW w:type="dxa" w:w="4876"/>
          </w:tcPr>
          <w:p>
            <w:r>
              <w:rPr>
                <w:b/>
              </w:rPr>
              <w:t>Stenmonstren</w:t>
            </w:r>
          </w:p>
          <w:p>
            <w:r>
              <w:rPr>
                <w:sz w:val="17"/>
              </w:rPr>
              <w:t>Leta upp släta stenar på skolgården. Tvätta och torka dem.</w:t>
            </w:r>
          </w:p>
        </w:tc>
        <w:tc>
          <w:tcPr>
            <w:tcW w:type="dxa" w:w="1134"/>
          </w:tcPr>
          <w:p>
            <w:r>
              <w:t>F-3</w:t>
            </w:r>
          </w:p>
        </w:tc>
        <w:tc>
          <w:tcPr>
            <w:tcW w:type="dxa" w:w="680"/>
          </w:tcPr>
          <w:p>
            <w:r>
              <w:t>30</w:t>
            </w:r>
          </w:p>
        </w:tc>
        <w:tc>
          <w:tcPr>
            <w:tcW w:type="dxa" w:w="2494"/>
          </w:tcPr>
          <w:p>
            <w:r>
              <w:t>Släta stenar, akrylfärg eller täckfärg blandad med lite lim, penslar, tusch, rörliga ögon (valfritt)</w:t>
            </w:r>
          </w:p>
        </w:tc>
      </w:tr>
      <w:tr>
        <w:tc>
          <w:tcPr>
            <w:tcW w:type="dxa" w:w="680"/>
          </w:tcPr>
          <w:p>
            <w:r>
              <w:t>F012</w:t>
            </w:r>
          </w:p>
        </w:tc>
        <w:tc>
          <w:tcPr>
            <w:tcW w:type="dxa" w:w="4876"/>
          </w:tcPr>
          <w:p>
            <w:r>
              <w:rPr>
                <w:b/>
              </w:rPr>
              <w:t>Frigolittrycket</w:t>
            </w:r>
          </w:p>
          <w:p>
            <w:r>
              <w:rPr>
                <w:sz w:val="17"/>
              </w:rPr>
              <w:t>Rita ett motiv i frigoliten med blyerts. Tryck hårt så att linjerna blir djupa spår. Text måste skrivas spegelvänt.</w:t>
            </w:r>
          </w:p>
        </w:tc>
        <w:tc>
          <w:tcPr>
            <w:tcW w:type="dxa" w:w="1134"/>
          </w:tcPr>
          <w:p>
            <w:r>
              <w:t>4-6</w:t>
            </w:r>
          </w:p>
        </w:tc>
        <w:tc>
          <w:tcPr>
            <w:tcW w:type="dxa" w:w="680"/>
          </w:tcPr>
          <w:p>
            <w:r>
              <w:t>45</w:t>
            </w:r>
          </w:p>
        </w:tc>
        <w:tc>
          <w:tcPr>
            <w:tcW w:type="dxa" w:w="2494"/>
          </w:tcPr>
          <w:p>
            <w:r>
              <w:t>Rena frigolitbrickor, blyertspenna, tempera eller tryckfärg, slät skumgummirulle, papper</w:t>
            </w:r>
          </w:p>
        </w:tc>
      </w:tr>
      <w:tr>
        <w:tc>
          <w:tcPr>
            <w:tcW w:type="dxa" w:w="680"/>
          </w:tcPr>
          <w:p>
            <w:r>
              <w:t>F013</w:t>
            </w:r>
          </w:p>
        </w:tc>
        <w:tc>
          <w:tcPr>
            <w:tcW w:type="dxa" w:w="4876"/>
          </w:tcPr>
          <w:p>
            <w:r>
              <w:rPr>
                <w:b/>
              </w:rPr>
              <w:t>Minizinet</w:t>
            </w:r>
          </w:p>
          <w:p>
            <w:r>
              <w:rPr>
                <w:sz w:val="17"/>
              </w:rPr>
              <w:t>Vik A4-papperet så att vecken delar det i åtta lika rutor. Veckla upp.</w:t>
            </w:r>
          </w:p>
        </w:tc>
        <w:tc>
          <w:tcPr>
            <w:tcW w:type="dxa" w:w="1134"/>
          </w:tcPr>
          <w:p>
            <w:r>
              <w:t>4-6</w:t>
            </w:r>
          </w:p>
        </w:tc>
        <w:tc>
          <w:tcPr>
            <w:tcW w:type="dxa" w:w="680"/>
          </w:tcPr>
          <w:p>
            <w:r>
              <w:t>40</w:t>
            </w:r>
          </w:p>
        </w:tc>
        <w:tc>
          <w:tcPr>
            <w:tcW w:type="dxa" w:w="2494"/>
          </w:tcPr>
          <w:p>
            <w:r>
              <w:t>A4-papper, sax, pennor, gamla tidningar och lim (valfritt)</w:t>
            </w:r>
          </w:p>
        </w:tc>
      </w:tr>
      <w:tr>
        <w:tc>
          <w:tcPr>
            <w:tcW w:type="dxa" w:w="680"/>
          </w:tcPr>
          <w:p>
            <w:r>
              <w:t>F014</w:t>
            </w:r>
          </w:p>
        </w:tc>
        <w:tc>
          <w:tcPr>
            <w:tcW w:type="dxa" w:w="4876"/>
          </w:tcPr>
          <w:p>
            <w:r>
              <w:rPr>
                <w:b/>
              </w:rPr>
              <w:t>Andra halvan</w:t>
            </w:r>
          </w:p>
          <w:p>
            <w:r>
              <w:rPr>
                <w:sz w:val="17"/>
              </w:rPr>
              <w:t>Hitta ett stort ansikte i en tidning, människa eller djur. Klipp det rakt på mitten.</w:t>
            </w:r>
          </w:p>
        </w:tc>
        <w:tc>
          <w:tcPr>
            <w:tcW w:type="dxa" w:w="1134"/>
          </w:tcPr>
          <w:p>
            <w:r>
              <w:t>4-6</w:t>
            </w:r>
          </w:p>
        </w:tc>
        <w:tc>
          <w:tcPr>
            <w:tcW w:type="dxa" w:w="680"/>
          </w:tcPr>
          <w:p>
            <w:r>
              <w:t>30</w:t>
            </w:r>
          </w:p>
        </w:tc>
        <w:tc>
          <w:tcPr>
            <w:tcW w:type="dxa" w:w="2494"/>
          </w:tcPr>
          <w:p>
            <w:r>
              <w:t>Gamla tidningar, sax, lim, blyertspenna, sudd, papper</w:t>
            </w:r>
          </w:p>
        </w:tc>
      </w:tr>
      <w:tr>
        <w:tc>
          <w:tcPr>
            <w:tcW w:type="dxa" w:w="680"/>
          </w:tcPr>
          <w:p>
            <w:r>
              <w:t>F015</w:t>
            </w:r>
          </w:p>
        </w:tc>
        <w:tc>
          <w:tcPr>
            <w:tcW w:type="dxa" w:w="4876"/>
          </w:tcPr>
          <w:p>
            <w:r>
              <w:rPr>
                <w:b/>
              </w:rPr>
              <w:t>Pixelkonstnären</w:t>
            </w:r>
          </w:p>
          <w:p>
            <w:r>
              <w:rPr>
                <w:sz w:val="17"/>
              </w:rPr>
              <w:t>Rita en ram på 16 x 16 rutor.</w:t>
            </w:r>
          </w:p>
        </w:tc>
        <w:tc>
          <w:tcPr>
            <w:tcW w:type="dxa" w:w="1134"/>
          </w:tcPr>
          <w:p>
            <w:r>
              <w:t>4-6</w:t>
            </w:r>
          </w:p>
        </w:tc>
        <w:tc>
          <w:tcPr>
            <w:tcW w:type="dxa" w:w="680"/>
          </w:tcPr>
          <w:p>
            <w:r>
              <w:t>30</w:t>
            </w:r>
          </w:p>
        </w:tc>
        <w:tc>
          <w:tcPr>
            <w:tcW w:type="dxa" w:w="2494"/>
          </w:tcPr>
          <w:p>
            <w:r>
              <w:t>Rutat papper, färgpennor eller tuschpennor, linjal</w:t>
            </w:r>
          </w:p>
        </w:tc>
      </w:tr>
      <w:tr>
        <w:tc>
          <w:tcPr>
            <w:tcW w:type="dxa" w:w="680"/>
          </w:tcPr>
          <w:p>
            <w:r>
              <w:t>F016</w:t>
            </w:r>
          </w:p>
        </w:tc>
        <w:tc>
          <w:tcPr>
            <w:tcW w:type="dxa" w:w="4876"/>
          </w:tcPr>
          <w:p>
            <w:r>
              <w:rPr>
                <w:b/>
              </w:rPr>
              <w:t>Strumpmonstret</w:t>
            </w:r>
          </w:p>
          <w:p>
            <w:r>
              <w:rPr>
                <w:sz w:val="17"/>
              </w:rPr>
              <w:t>Vänd strumpan ut och in. Sy en U-form vid tån med förstygn och klipp mellan sömmarna. Där blir två öron.</w:t>
            </w:r>
          </w:p>
        </w:tc>
        <w:tc>
          <w:tcPr>
            <w:tcW w:type="dxa" w:w="1134"/>
          </w:tcPr>
          <w:p>
            <w:r>
              <w:t>4-6</w:t>
            </w:r>
          </w:p>
        </w:tc>
        <w:tc>
          <w:tcPr>
            <w:tcW w:type="dxa" w:w="680"/>
          </w:tcPr>
          <w:p>
            <w:r>
              <w:t>60</w:t>
            </w:r>
          </w:p>
        </w:tc>
        <w:tc>
          <w:tcPr>
            <w:tcW w:type="dxa" w:w="2494"/>
          </w:tcPr>
          <w:p>
            <w:r>
              <w:t>En gammal strumpa, nål med stort öga, tråd, vadd eller tygrester, knappar eller filt, sax</w:t>
            </w:r>
          </w:p>
        </w:tc>
      </w:tr>
      <w:tr>
        <w:tc>
          <w:tcPr>
            <w:tcW w:type="dxa" w:w="680"/>
          </w:tcPr>
          <w:p>
            <w:r>
              <w:t>F017</w:t>
            </w:r>
          </w:p>
        </w:tc>
        <w:tc>
          <w:tcPr>
            <w:tcW w:type="dxa" w:w="4876"/>
          </w:tcPr>
          <w:p>
            <w:r>
              <w:rPr>
                <w:b/>
              </w:rPr>
              <w:t>Perspektivfotot</w:t>
            </w:r>
          </w:p>
          <w:p>
            <w:r>
              <w:rPr>
                <w:sz w:val="17"/>
              </w:rPr>
              <w:t>Ställ kompisen långt bort och en sak nära kameran. Då ser saken jättestor ut och kompisen pytteliten.</w:t>
            </w:r>
          </w:p>
        </w:tc>
        <w:tc>
          <w:tcPr>
            <w:tcW w:type="dxa" w:w="1134"/>
          </w:tcPr>
          <w:p>
            <w:r>
              <w:t>4-6</w:t>
            </w:r>
          </w:p>
        </w:tc>
        <w:tc>
          <w:tcPr>
            <w:tcW w:type="dxa" w:w="680"/>
          </w:tcPr>
          <w:p>
            <w:r>
              <w:t>30</w:t>
            </w:r>
          </w:p>
        </w:tc>
        <w:tc>
          <w:tcPr>
            <w:tcW w:type="dxa" w:w="2494"/>
          </w:tcPr>
          <w:p>
            <w:r>
              <w:t>Kamera eller surfplatta, saker att posera med, måttband (nivå 3)</w:t>
            </w:r>
          </w:p>
        </w:tc>
      </w:tr>
    </w:tbl>
    <w:p>
      <w:pPr>
        <w:pStyle w:val="Heading2"/>
      </w:pPr>
      <w:r>
        <w:rPr>
          <w:color w:val="8E5FD6"/>
        </w:rPr>
        <w:t>Bygga och uppfinna (17)</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8E5FD6"/>
          </w:tcPr>
          <w:p>
            <w:r>
              <w:rPr>
                <w:b/>
                <w:color w:val="FFFFFF"/>
              </w:rPr>
              <w:t>Nr</w:t>
            </w:r>
          </w:p>
        </w:tc>
        <w:tc>
          <w:tcPr>
            <w:tcW w:type="dxa" w:w="4876"/>
            <w:shd w:val="clear" w:color="auto" w:fill="8E5FD6"/>
          </w:tcPr>
          <w:p>
            <w:r>
              <w:rPr>
                <w:b/>
                <w:color w:val="FFFFFF"/>
              </w:rPr>
              <w:t>Aktivitet</w:t>
            </w:r>
          </w:p>
        </w:tc>
        <w:tc>
          <w:tcPr>
            <w:tcW w:type="dxa" w:w="1134"/>
            <w:shd w:val="clear" w:color="auto" w:fill="8E5FD6"/>
          </w:tcPr>
          <w:p>
            <w:r>
              <w:rPr>
                <w:b/>
                <w:color w:val="FFFFFF"/>
              </w:rPr>
              <w:t>För</w:t>
            </w:r>
          </w:p>
        </w:tc>
        <w:tc>
          <w:tcPr>
            <w:tcW w:type="dxa" w:w="680"/>
            <w:shd w:val="clear" w:color="auto" w:fill="8E5FD6"/>
          </w:tcPr>
          <w:p>
            <w:r>
              <w:rPr>
                <w:b/>
                <w:color w:val="FFFFFF"/>
              </w:rPr>
              <w:t>Min</w:t>
            </w:r>
          </w:p>
        </w:tc>
        <w:tc>
          <w:tcPr>
            <w:tcW w:type="dxa" w:w="2494"/>
            <w:shd w:val="clear" w:color="auto" w:fill="8E5FD6"/>
          </w:tcPr>
          <w:p>
            <w:r>
              <w:rPr>
                <w:b/>
                <w:color w:val="FFFFFF"/>
              </w:rPr>
              <w:t>Material</w:t>
            </w:r>
          </w:p>
        </w:tc>
      </w:tr>
      <w:tr>
        <w:tc>
          <w:tcPr>
            <w:tcW w:type="dxa" w:w="680"/>
          </w:tcPr>
          <w:p>
            <w:r>
              <w:t>F018</w:t>
            </w:r>
          </w:p>
        </w:tc>
        <w:tc>
          <w:tcPr>
            <w:tcW w:type="dxa" w:w="4876"/>
          </w:tcPr>
          <w:p>
            <w:r>
              <w:rPr>
                <w:b/>
              </w:rPr>
              <w:t>Toarullskulbanan</w:t>
            </w:r>
          </w:p>
          <w:p>
            <w:r>
              <w:rPr>
                <w:sz w:val="17"/>
              </w:rPr>
              <w:t>Klipp några rullar på längden så att de blir rännor. Tejpa den första så högt du når på väggen.</w:t>
            </w:r>
          </w:p>
        </w:tc>
        <w:tc>
          <w:tcPr>
            <w:tcW w:type="dxa" w:w="1134"/>
          </w:tcPr>
          <w:p>
            <w:r>
              <w:t>F-3 och 4-6</w:t>
            </w:r>
          </w:p>
        </w:tc>
        <w:tc>
          <w:tcPr>
            <w:tcW w:type="dxa" w:w="680"/>
          </w:tcPr>
          <w:p>
            <w:r>
              <w:t>40</w:t>
            </w:r>
          </w:p>
        </w:tc>
        <w:tc>
          <w:tcPr>
            <w:tcW w:type="dxa" w:w="2494"/>
          </w:tcPr>
          <w:p>
            <w:r>
              <w:t>Toarullar och hushållsrullar, maskeringstejp, sax, kulor eller pingisboll, en skål</w:t>
            </w:r>
          </w:p>
        </w:tc>
      </w:tr>
      <w:tr>
        <w:tc>
          <w:tcPr>
            <w:tcW w:type="dxa" w:w="680"/>
          </w:tcPr>
          <w:p>
            <w:r>
              <w:t>F019</w:t>
            </w:r>
          </w:p>
        </w:tc>
        <w:tc>
          <w:tcPr>
            <w:tcW w:type="dxa" w:w="4876"/>
          </w:tcPr>
          <w:p>
            <w:r>
              <w:rPr>
                <w:b/>
              </w:rPr>
              <w:t>Ballongbilen</w:t>
            </w:r>
          </w:p>
          <w:p>
            <w:r>
              <w:rPr>
                <w:sz w:val="17"/>
              </w:rPr>
              <w:t>Tejpa två sugrör tvärs under kartongen. Trä grillpinnar genom dem och tryck fast hjulen på ändarna.</w:t>
            </w:r>
          </w:p>
        </w:tc>
        <w:tc>
          <w:tcPr>
            <w:tcW w:type="dxa" w:w="1134"/>
          </w:tcPr>
          <w:p>
            <w:r>
              <w:t>F-3 och 4-6</w:t>
            </w:r>
          </w:p>
        </w:tc>
        <w:tc>
          <w:tcPr>
            <w:tcW w:type="dxa" w:w="680"/>
          </w:tcPr>
          <w:p>
            <w:r>
              <w:t>45</w:t>
            </w:r>
          </w:p>
        </w:tc>
        <w:tc>
          <w:tcPr>
            <w:tcW w:type="dxa" w:w="2494"/>
          </w:tcPr>
          <w:p>
            <w:r>
              <w:t>Mjölkkartong eller kartongbit, 4 korkar eller kapsyler, 2 grillpinnar, 3 sugrör, ballong, tejp</w:t>
            </w:r>
          </w:p>
        </w:tc>
      </w:tr>
      <w:tr>
        <w:tc>
          <w:tcPr>
            <w:tcW w:type="dxa" w:w="680"/>
          </w:tcPr>
          <w:p>
            <w:r>
              <w:t>F020</w:t>
            </w:r>
          </w:p>
        </w:tc>
        <w:tc>
          <w:tcPr>
            <w:tcW w:type="dxa" w:w="4876"/>
          </w:tcPr>
          <w:p>
            <w:r>
              <w:rPr>
                <w:b/>
              </w:rPr>
              <w:t>Glasspinnekatapulten</w:t>
            </w:r>
          </w:p>
          <w:p>
            <w:r>
              <w:rPr>
                <w:sz w:val="17"/>
              </w:rPr>
              <w:t>Lägg fem glasspinnar i en hög och linda en snodd runt varje ände.</w:t>
            </w:r>
          </w:p>
        </w:tc>
        <w:tc>
          <w:tcPr>
            <w:tcW w:type="dxa" w:w="1134"/>
          </w:tcPr>
          <w:p>
            <w:r>
              <w:t>F-3 och 4-6</w:t>
            </w:r>
          </w:p>
        </w:tc>
        <w:tc>
          <w:tcPr>
            <w:tcW w:type="dxa" w:w="680"/>
          </w:tcPr>
          <w:p>
            <w:r>
              <w:t>20</w:t>
            </w:r>
          </w:p>
        </w:tc>
        <w:tc>
          <w:tcPr>
            <w:tcW w:type="dxa" w:w="2494"/>
          </w:tcPr>
          <w:p>
            <w:r>
              <w:t>7-10 glasspinnar, gummisnoddar, kapsyl, lim eller tejp, bomullstussar eller pappersbollar</w:t>
            </w:r>
          </w:p>
        </w:tc>
      </w:tr>
      <w:tr>
        <w:tc>
          <w:tcPr>
            <w:tcW w:type="dxa" w:w="680"/>
          </w:tcPr>
          <w:p>
            <w:r>
              <w:t>F021</w:t>
            </w:r>
          </w:p>
        </w:tc>
        <w:tc>
          <w:tcPr>
            <w:tcW w:type="dxa" w:w="4876"/>
          </w:tcPr>
          <w:p>
            <w:r>
              <w:rPr>
                <w:b/>
              </w:rPr>
              <w:t>Kedjereaktionen</w:t>
            </w:r>
          </w:p>
          <w:p>
            <w:r>
              <w:rPr>
                <w:sz w:val="17"/>
              </w:rPr>
              <w:t>Bestäm vad som ska hända allra sist, till exempel att en mugg välter eller en klocka plingar.</w:t>
            </w:r>
          </w:p>
        </w:tc>
        <w:tc>
          <w:tcPr>
            <w:tcW w:type="dxa" w:w="1134"/>
          </w:tcPr>
          <w:p>
            <w:r>
              <w:t>F-3 och 4-6</w:t>
            </w:r>
          </w:p>
        </w:tc>
        <w:tc>
          <w:tcPr>
            <w:tcW w:type="dxa" w:w="680"/>
          </w:tcPr>
          <w:p>
            <w:r>
              <w:t>60</w:t>
            </w:r>
          </w:p>
        </w:tc>
        <w:tc>
          <w:tcPr>
            <w:tcW w:type="dxa" w:w="2494"/>
          </w:tcPr>
          <w:p>
            <w:r>
              <w:t>Saker som kan välta, rulla eller falla: dominobrickor, böcker, kulor, toarullar, leksaksbilar, pappmuggar, snöre, tejp</w:t>
            </w:r>
          </w:p>
        </w:tc>
      </w:tr>
      <w:tr>
        <w:tc>
          <w:tcPr>
            <w:tcW w:type="dxa" w:w="680"/>
          </w:tcPr>
          <w:p>
            <w:r>
              <w:t>F022</w:t>
            </w:r>
          </w:p>
        </w:tc>
        <w:tc>
          <w:tcPr>
            <w:tcW w:type="dxa" w:w="4876"/>
          </w:tcPr>
          <w:p>
            <w:r>
              <w:rPr>
                <w:b/>
              </w:rPr>
              <w:t>Sugrörsraketen</w:t>
            </w:r>
          </w:p>
          <w:p>
            <w:r>
              <w:rPr>
                <w:sz w:val="17"/>
              </w:rPr>
              <w:t>Rulla en pappersremsa runt pennan till ett rör och tejpa. Vik ihop toppen och tejpa den tät.</w:t>
            </w:r>
          </w:p>
        </w:tc>
        <w:tc>
          <w:tcPr>
            <w:tcW w:type="dxa" w:w="1134"/>
          </w:tcPr>
          <w:p>
            <w:r>
              <w:t>F-3 och 4-6</w:t>
            </w:r>
          </w:p>
        </w:tc>
        <w:tc>
          <w:tcPr>
            <w:tcW w:type="dxa" w:w="680"/>
          </w:tcPr>
          <w:p>
            <w:r>
              <w:t>20</w:t>
            </w:r>
          </w:p>
        </w:tc>
        <w:tc>
          <w:tcPr>
            <w:tcW w:type="dxa" w:w="2494"/>
          </w:tcPr>
          <w:p>
            <w:r>
              <w:t>Papper, tejp, sax, blyertspenna, sugrör, måttband</w:t>
            </w:r>
          </w:p>
        </w:tc>
      </w:tr>
      <w:tr>
        <w:tc>
          <w:tcPr>
            <w:tcW w:type="dxa" w:w="680"/>
          </w:tcPr>
          <w:p>
            <w:r>
              <w:t>F023</w:t>
            </w:r>
          </w:p>
        </w:tc>
        <w:tc>
          <w:tcPr>
            <w:tcW w:type="dxa" w:w="4876"/>
          </w:tcPr>
          <w:p>
            <w:r>
              <w:rPr>
                <w:b/>
              </w:rPr>
              <w:t>Kartongstaden</w:t>
            </w:r>
          </w:p>
          <w:p>
            <w:r>
              <w:rPr>
                <w:sz w:val="17"/>
              </w:rPr>
              <w:t>Bestäm vad staden behöver: hus, en affär, en brandstation, en bro.</w:t>
            </w:r>
          </w:p>
        </w:tc>
        <w:tc>
          <w:tcPr>
            <w:tcW w:type="dxa" w:w="1134"/>
          </w:tcPr>
          <w:p>
            <w:r>
              <w:t>F-3</w:t>
            </w:r>
          </w:p>
        </w:tc>
        <w:tc>
          <w:tcPr>
            <w:tcW w:type="dxa" w:w="680"/>
          </w:tcPr>
          <w:p>
            <w:r>
              <w:t>60</w:t>
            </w:r>
          </w:p>
        </w:tc>
        <w:tc>
          <w:tcPr>
            <w:tcW w:type="dxa" w:w="2494"/>
          </w:tcPr>
          <w:p>
            <w:r>
              <w:t>Kartonger, mjölkpaket, toarullar, tejp, sax, pennor, ett stort papper</w:t>
            </w:r>
          </w:p>
        </w:tc>
      </w:tr>
      <w:tr>
        <w:tc>
          <w:tcPr>
            <w:tcW w:type="dxa" w:w="680"/>
          </w:tcPr>
          <w:p>
            <w:r>
              <w:t>F024</w:t>
            </w:r>
          </w:p>
        </w:tc>
        <w:tc>
          <w:tcPr>
            <w:tcW w:type="dxa" w:w="4876"/>
          </w:tcPr>
          <w:p>
            <w:r>
              <w:rPr>
                <w:b/>
              </w:rPr>
              <w:t>Snurrfabriken</w:t>
            </w:r>
          </w:p>
          <w:p>
            <w:r>
              <w:rPr>
                <w:sz w:val="17"/>
              </w:rPr>
              <w:t>Dekorera cd-skivan med spiraler, prickar eller färgfält. Du kan också limma på ett papper.</w:t>
            </w:r>
          </w:p>
        </w:tc>
        <w:tc>
          <w:tcPr>
            <w:tcW w:type="dxa" w:w="1134"/>
          </w:tcPr>
          <w:p>
            <w:r>
              <w:t>F-3</w:t>
            </w:r>
          </w:p>
        </w:tc>
        <w:tc>
          <w:tcPr>
            <w:tcW w:type="dxa" w:w="680"/>
          </w:tcPr>
          <w:p>
            <w:r>
              <w:t>20</w:t>
            </w:r>
          </w:p>
        </w:tc>
        <w:tc>
          <w:tcPr>
            <w:tcW w:type="dxa" w:w="2494"/>
          </w:tcPr>
          <w:p>
            <w:r>
              <w:t>Gammal cd-skiva, pingisboll eller kula, kapsyl, limpistol, pennor och papper att dekorera med</w:t>
            </w:r>
          </w:p>
        </w:tc>
      </w:tr>
      <w:tr>
        <w:tc>
          <w:tcPr>
            <w:tcW w:type="dxa" w:w="680"/>
          </w:tcPr>
          <w:p>
            <w:r>
              <w:t>F025</w:t>
            </w:r>
          </w:p>
        </w:tc>
        <w:tc>
          <w:tcPr>
            <w:tcW w:type="dxa" w:w="4876"/>
          </w:tcPr>
          <w:p>
            <w:r>
              <w:rPr>
                <w:b/>
              </w:rPr>
              <w:t>Kojan</w:t>
            </w:r>
          </w:p>
          <w:p>
            <w:r>
              <w:rPr>
                <w:sz w:val="17"/>
              </w:rPr>
              <w:t>Ställ stolar eller ett bord som stomme. Spänn en filt över och fäst med klädnypor.</w:t>
            </w:r>
          </w:p>
        </w:tc>
        <w:tc>
          <w:tcPr>
            <w:tcW w:type="dxa" w:w="1134"/>
          </w:tcPr>
          <w:p>
            <w:r>
              <w:t>F-3</w:t>
            </w:r>
          </w:p>
        </w:tc>
        <w:tc>
          <w:tcPr>
            <w:tcW w:type="dxa" w:w="680"/>
          </w:tcPr>
          <w:p>
            <w:r>
              <w:t>45</w:t>
            </w:r>
          </w:p>
        </w:tc>
        <w:tc>
          <w:tcPr>
            <w:tcW w:type="dxa" w:w="2494"/>
          </w:tcPr>
          <w:p>
            <w:r>
              <w:t>Filtar, lakan, kuddar, stolar, klädnypor, ficklampa</w:t>
            </w:r>
          </w:p>
        </w:tc>
      </w:tr>
      <w:tr>
        <w:tc>
          <w:tcPr>
            <w:tcW w:type="dxa" w:w="680"/>
          </w:tcPr>
          <w:p>
            <w:r>
              <w:t>F026</w:t>
            </w:r>
          </w:p>
        </w:tc>
        <w:tc>
          <w:tcPr>
            <w:tcW w:type="dxa" w:w="4876"/>
          </w:tcPr>
          <w:p>
            <w:r>
              <w:rPr>
                <w:b/>
              </w:rPr>
              <w:t>Svävaren</w:t>
            </w:r>
          </w:p>
          <w:p>
            <w:r>
              <w:rPr>
                <w:sz w:val="17"/>
              </w:rPr>
              <w:t>Stäng pipkorken. Blås upp ballongen och trä den över korken utan att släppa ut luft. Ta hjälp av en kompis.</w:t>
            </w:r>
          </w:p>
        </w:tc>
        <w:tc>
          <w:tcPr>
            <w:tcW w:type="dxa" w:w="1134"/>
          </w:tcPr>
          <w:p>
            <w:r>
              <w:t>F-3</w:t>
            </w:r>
          </w:p>
        </w:tc>
        <w:tc>
          <w:tcPr>
            <w:tcW w:type="dxa" w:w="680"/>
          </w:tcPr>
          <w:p>
            <w:r>
              <w:t>20</w:t>
            </w:r>
          </w:p>
        </w:tc>
        <w:tc>
          <w:tcPr>
            <w:tcW w:type="dxa" w:w="2494"/>
          </w:tcPr>
          <w:p>
            <w:r>
              <w:t>Gammal cd-skiva, pipkork från en vattenflaska, ballong, lim</w:t>
            </w:r>
          </w:p>
        </w:tc>
      </w:tr>
      <w:tr>
        <w:tc>
          <w:tcPr>
            <w:tcW w:type="dxa" w:w="680"/>
          </w:tcPr>
          <w:p>
            <w:r>
              <w:t>F027</w:t>
            </w:r>
          </w:p>
        </w:tc>
        <w:tc>
          <w:tcPr>
            <w:tcW w:type="dxa" w:w="4876"/>
          </w:tcPr>
          <w:p>
            <w:r>
              <w:rPr>
                <w:b/>
              </w:rPr>
              <w:t>Folieflotten</w:t>
            </w:r>
          </w:p>
          <w:p>
            <w:r>
              <w:rPr>
                <w:sz w:val="17"/>
              </w:rPr>
              <w:t>Klipp en folieruta, ungefär 15 x 15 cm. Forma en båt.</w:t>
            </w:r>
          </w:p>
        </w:tc>
        <w:tc>
          <w:tcPr>
            <w:tcW w:type="dxa" w:w="1134"/>
          </w:tcPr>
          <w:p>
            <w:r>
              <w:t>F-3</w:t>
            </w:r>
          </w:p>
        </w:tc>
        <w:tc>
          <w:tcPr>
            <w:tcW w:type="dxa" w:w="680"/>
          </w:tcPr>
          <w:p>
            <w:r>
              <w:t>25</w:t>
            </w:r>
          </w:p>
        </w:tc>
        <w:tc>
          <w:tcPr>
            <w:tcW w:type="dxa" w:w="2494"/>
          </w:tcPr>
          <w:p>
            <w:r>
              <w:t>Aluminiumfolie, en balja vatten, mynt eller kulor, handduk</w:t>
            </w:r>
          </w:p>
        </w:tc>
      </w:tr>
      <w:tr>
        <w:tc>
          <w:tcPr>
            <w:tcW w:type="dxa" w:w="680"/>
          </w:tcPr>
          <w:p>
            <w:r>
              <w:t>F028</w:t>
            </w:r>
          </w:p>
        </w:tc>
        <w:tc>
          <w:tcPr>
            <w:tcW w:type="dxa" w:w="4876"/>
          </w:tcPr>
          <w:p>
            <w:r>
              <w:rPr>
                <w:b/>
              </w:rPr>
              <w:t>Linbanan</w:t>
            </w:r>
          </w:p>
          <w:p>
            <w:r>
              <w:rPr>
                <w:sz w:val="17"/>
              </w:rPr>
              <w:t>Trä snöret genom ett sugrör. Knyt ena änden högt och andra änden lågt, till exempel i ett stolsben.</w:t>
            </w:r>
          </w:p>
        </w:tc>
        <w:tc>
          <w:tcPr>
            <w:tcW w:type="dxa" w:w="1134"/>
          </w:tcPr>
          <w:p>
            <w:r>
              <w:t>F-3</w:t>
            </w:r>
          </w:p>
        </w:tc>
        <w:tc>
          <w:tcPr>
            <w:tcW w:type="dxa" w:w="680"/>
          </w:tcPr>
          <w:p>
            <w:r>
              <w:t>30</w:t>
            </w:r>
          </w:p>
        </w:tc>
        <w:tc>
          <w:tcPr>
            <w:tcW w:type="dxa" w:w="2494"/>
          </w:tcPr>
          <w:p>
            <w:r>
              <w:t>Snöre, 3-4 meter, sugrör, gem, pappmugg eller liten ask, tejp, en liten leksak</w:t>
            </w:r>
          </w:p>
        </w:tc>
      </w:tr>
      <w:tr>
        <w:tc>
          <w:tcPr>
            <w:tcW w:type="dxa" w:w="680"/>
          </w:tcPr>
          <w:p>
            <w:r>
              <w:t>F029</w:t>
            </w:r>
          </w:p>
        </w:tc>
        <w:tc>
          <w:tcPr>
            <w:tcW w:type="dxa" w:w="4876"/>
          </w:tcPr>
          <w:p>
            <w:r>
              <w:rPr>
                <w:b/>
              </w:rPr>
              <w:t>Spaghettitornet</w:t>
            </w:r>
          </w:p>
          <w:p>
            <w:r>
              <w:rPr>
                <w:sz w:val="17"/>
              </w:rPr>
              <w:t>Ni har 18 minuter. Bygg ett torn som står själv och är så högt som möjligt.</w:t>
            </w:r>
          </w:p>
        </w:tc>
        <w:tc>
          <w:tcPr>
            <w:tcW w:type="dxa" w:w="1134"/>
          </w:tcPr>
          <w:p>
            <w:r>
              <w:t>4-6</w:t>
            </w:r>
          </w:p>
        </w:tc>
        <w:tc>
          <w:tcPr>
            <w:tcW w:type="dxa" w:w="680"/>
          </w:tcPr>
          <w:p>
            <w:r>
              <w:t>25</w:t>
            </w:r>
          </w:p>
        </w:tc>
        <w:tc>
          <w:tcPr>
            <w:tcW w:type="dxa" w:w="2494"/>
          </w:tcPr>
          <w:p>
            <w:r>
              <w:t>20 okokta spaghettistrån, 1 meter tejp, 1 meter snöre, 1 marshmallow, måttband, klocka (inköp)</w:t>
            </w:r>
          </w:p>
        </w:tc>
      </w:tr>
      <w:tr>
        <w:tc>
          <w:tcPr>
            <w:tcW w:type="dxa" w:w="680"/>
          </w:tcPr>
          <w:p>
            <w:r>
              <w:t>F030</w:t>
            </w:r>
          </w:p>
        </w:tc>
        <w:tc>
          <w:tcPr>
            <w:tcW w:type="dxa" w:w="4876"/>
          </w:tcPr>
          <w:p>
            <w:r>
              <w:rPr>
                <w:b/>
              </w:rPr>
              <w:t>Klotterroboten</w:t>
            </w:r>
          </w:p>
          <w:p>
            <w:r>
              <w:rPr>
                <w:sz w:val="17"/>
              </w:rPr>
              <w:t>Tejpa tre tuschpennor runt korgen som ben, med spetsarna neråt.</w:t>
            </w:r>
          </w:p>
        </w:tc>
        <w:tc>
          <w:tcPr>
            <w:tcW w:type="dxa" w:w="1134"/>
          </w:tcPr>
          <w:p>
            <w:r>
              <w:t>4-6</w:t>
            </w:r>
          </w:p>
        </w:tc>
        <w:tc>
          <w:tcPr>
            <w:tcW w:type="dxa" w:w="680"/>
          </w:tcPr>
          <w:p>
            <w:r>
              <w:t>45</w:t>
            </w:r>
          </w:p>
        </w:tc>
        <w:tc>
          <w:tcPr>
            <w:tcW w:type="dxa" w:w="2494"/>
          </w:tcPr>
          <w:p>
            <w:r>
              <w:t>Liten hobbymotor, AA-batteri med hållare, tre tuschpennor, plastkorg eller pappmugg, tejp, en korkbit eller limpinnebit, stort papper (inköp)</w:t>
            </w:r>
          </w:p>
        </w:tc>
      </w:tr>
      <w:tr>
        <w:tc>
          <w:tcPr>
            <w:tcW w:type="dxa" w:w="680"/>
          </w:tcPr>
          <w:p>
            <w:r>
              <w:t>F031</w:t>
            </w:r>
          </w:p>
        </w:tc>
        <w:tc>
          <w:tcPr>
            <w:tcW w:type="dxa" w:w="4876"/>
          </w:tcPr>
          <w:p>
            <w:r>
              <w:rPr>
                <w:b/>
              </w:rPr>
              <w:t>Äggskyddet</w:t>
            </w:r>
          </w:p>
          <w:p>
            <w:r>
              <w:rPr>
                <w:sz w:val="17"/>
              </w:rPr>
              <w:t>Bygg ett skydd runt ägget. Du får bara använda materialet på kortet.</w:t>
            </w:r>
          </w:p>
        </w:tc>
        <w:tc>
          <w:tcPr>
            <w:tcW w:type="dxa" w:w="1134"/>
          </w:tcPr>
          <w:p>
            <w:r>
              <w:t>4-6</w:t>
            </w:r>
          </w:p>
        </w:tc>
        <w:tc>
          <w:tcPr>
            <w:tcW w:type="dxa" w:w="680"/>
          </w:tcPr>
          <w:p>
            <w:r>
              <w:t>45</w:t>
            </w:r>
          </w:p>
        </w:tc>
        <w:tc>
          <w:tcPr>
            <w:tcW w:type="dxa" w:w="2494"/>
          </w:tcPr>
          <w:p>
            <w:r>
              <w:t>Ett rått ägg, papper, sugrör, tejp, snöre, en plastpåse, toarullar</w:t>
            </w:r>
          </w:p>
        </w:tc>
      </w:tr>
      <w:tr>
        <w:tc>
          <w:tcPr>
            <w:tcW w:type="dxa" w:w="680"/>
          </w:tcPr>
          <w:p>
            <w:r>
              <w:t>F032</w:t>
            </w:r>
          </w:p>
        </w:tc>
        <w:tc>
          <w:tcPr>
            <w:tcW w:type="dxa" w:w="4876"/>
          </w:tcPr>
          <w:p>
            <w:r>
              <w:rPr>
                <w:b/>
              </w:rPr>
              <w:t>Hydraularmen</w:t>
            </w:r>
          </w:p>
          <w:p>
            <w:r>
              <w:rPr>
                <w:sz w:val="17"/>
              </w:rPr>
              <w:t>Fyll en spruta och en slang med vatten utan luftbubblor. Koppla på en tom spruta. Tryck och se den andra röra sig.</w:t>
            </w:r>
          </w:p>
        </w:tc>
        <w:tc>
          <w:tcPr>
            <w:tcW w:type="dxa" w:w="1134"/>
          </w:tcPr>
          <w:p>
            <w:r>
              <w:t>4-6</w:t>
            </w:r>
          </w:p>
        </w:tc>
        <w:tc>
          <w:tcPr>
            <w:tcW w:type="dxa" w:w="680"/>
          </w:tcPr>
          <w:p>
            <w:r>
              <w:t>60</w:t>
            </w:r>
          </w:p>
        </w:tc>
        <w:tc>
          <w:tcPr>
            <w:tcW w:type="dxa" w:w="2494"/>
          </w:tcPr>
          <w:p>
            <w:r>
              <w:t>Kartong, 4 sprutor (10 ml), 1 meter tunn plastslang, pappersstift eller grillpinnar, tejp, vatten (inköp)</w:t>
            </w:r>
          </w:p>
        </w:tc>
      </w:tr>
      <w:tr>
        <w:tc>
          <w:tcPr>
            <w:tcW w:type="dxa" w:w="680"/>
          </w:tcPr>
          <w:p>
            <w:r>
              <w:t>F033</w:t>
            </w:r>
          </w:p>
        </w:tc>
        <w:tc>
          <w:tcPr>
            <w:tcW w:type="dxa" w:w="4876"/>
          </w:tcPr>
          <w:p>
            <w:r>
              <w:rPr>
                <w:b/>
              </w:rPr>
              <w:t>Kaleidocykeln</w:t>
            </w:r>
          </w:p>
          <w:p>
            <w:r>
              <w:rPr>
                <w:sz w:val="17"/>
              </w:rPr>
              <w:t>Färglägg mallen. Mönster som går över kanterna blir snyggast när ringen vänds.</w:t>
            </w:r>
          </w:p>
        </w:tc>
        <w:tc>
          <w:tcPr>
            <w:tcW w:type="dxa" w:w="1134"/>
          </w:tcPr>
          <w:p>
            <w:r>
              <w:t>4-6</w:t>
            </w:r>
          </w:p>
        </w:tc>
        <w:tc>
          <w:tcPr>
            <w:tcW w:type="dxa" w:w="680"/>
          </w:tcPr>
          <w:p>
            <w:r>
              <w:t>45</w:t>
            </w:r>
          </w:p>
        </w:tc>
        <w:tc>
          <w:tcPr>
            <w:tcW w:type="dxa" w:w="2494"/>
          </w:tcPr>
          <w:p>
            <w:r>
              <w:t>Utskriven mall, tjockt papper, linjal, lim, färgpennor</w:t>
            </w:r>
          </w:p>
        </w:tc>
      </w:tr>
      <w:tr>
        <w:tc>
          <w:tcPr>
            <w:tcW w:type="dxa" w:w="680"/>
          </w:tcPr>
          <w:p>
            <w:r>
              <w:t>F034</w:t>
            </w:r>
          </w:p>
        </w:tc>
        <w:tc>
          <w:tcPr>
            <w:tcW w:type="dxa" w:w="4876"/>
          </w:tcPr>
          <w:p>
            <w:r>
              <w:rPr>
                <w:b/>
              </w:rPr>
              <w:t>Kartongarkaden</w:t>
            </w:r>
          </w:p>
          <w:p>
            <w:r>
              <w:rPr>
                <w:sz w:val="17"/>
              </w:rPr>
              <w:t>Välj ett spel: basket, flipper, kasta i hål eller en klomaskin. Bygg det av en kartong.</w:t>
            </w:r>
          </w:p>
        </w:tc>
        <w:tc>
          <w:tcPr>
            <w:tcW w:type="dxa" w:w="1134"/>
          </w:tcPr>
          <w:p>
            <w:r>
              <w:t>4-6</w:t>
            </w:r>
          </w:p>
        </w:tc>
        <w:tc>
          <w:tcPr>
            <w:tcW w:type="dxa" w:w="680"/>
          </w:tcPr>
          <w:p>
            <w:r>
              <w:t>60</w:t>
            </w:r>
          </w:p>
        </w:tc>
        <w:tc>
          <w:tcPr>
            <w:tcW w:type="dxa" w:w="2494"/>
          </w:tcPr>
          <w:p>
            <w:r>
              <w:t>Stora kartonger, toarullar, pingisbollar, tejp, sax, pennor, papper till biljetter</w:t>
            </w:r>
          </w:p>
        </w:tc>
      </w:tr>
    </w:tbl>
    <w:p>
      <w:pPr>
        <w:pStyle w:val="Heading2"/>
      </w:pPr>
      <w:r>
        <w:rPr>
          <w:color w:val="F08A3C"/>
        </w:rPr>
        <w:t>Röra på sig (17)</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F08A3C"/>
          </w:tcPr>
          <w:p>
            <w:r>
              <w:rPr>
                <w:b/>
                <w:color w:val="FFFFFF"/>
              </w:rPr>
              <w:t>Nr</w:t>
            </w:r>
          </w:p>
        </w:tc>
        <w:tc>
          <w:tcPr>
            <w:tcW w:type="dxa" w:w="4876"/>
            <w:shd w:val="clear" w:color="auto" w:fill="F08A3C"/>
          </w:tcPr>
          <w:p>
            <w:r>
              <w:rPr>
                <w:b/>
                <w:color w:val="FFFFFF"/>
              </w:rPr>
              <w:t>Aktivitet</w:t>
            </w:r>
          </w:p>
        </w:tc>
        <w:tc>
          <w:tcPr>
            <w:tcW w:type="dxa" w:w="1134"/>
            <w:shd w:val="clear" w:color="auto" w:fill="F08A3C"/>
          </w:tcPr>
          <w:p>
            <w:r>
              <w:rPr>
                <w:b/>
                <w:color w:val="FFFFFF"/>
              </w:rPr>
              <w:t>För</w:t>
            </w:r>
          </w:p>
        </w:tc>
        <w:tc>
          <w:tcPr>
            <w:tcW w:type="dxa" w:w="680"/>
            <w:shd w:val="clear" w:color="auto" w:fill="F08A3C"/>
          </w:tcPr>
          <w:p>
            <w:r>
              <w:rPr>
                <w:b/>
                <w:color w:val="FFFFFF"/>
              </w:rPr>
              <w:t>Min</w:t>
            </w:r>
          </w:p>
        </w:tc>
        <w:tc>
          <w:tcPr>
            <w:tcW w:type="dxa" w:w="2494"/>
            <w:shd w:val="clear" w:color="auto" w:fill="F08A3C"/>
          </w:tcPr>
          <w:p>
            <w:r>
              <w:rPr>
                <w:b/>
                <w:color w:val="FFFFFF"/>
              </w:rPr>
              <w:t>Material</w:t>
            </w:r>
          </w:p>
        </w:tc>
      </w:tr>
      <w:tr>
        <w:tc>
          <w:tcPr>
            <w:tcW w:type="dxa" w:w="680"/>
          </w:tcPr>
          <w:p>
            <w:r>
              <w:t>F035</w:t>
            </w:r>
          </w:p>
        </w:tc>
        <w:tc>
          <w:tcPr>
            <w:tcW w:type="dxa" w:w="4876"/>
          </w:tcPr>
          <w:p>
            <w:r>
              <w:rPr>
                <w:b/>
              </w:rPr>
              <w:t>Snigelhagen</w:t>
            </w:r>
          </w:p>
          <w:p>
            <w:r>
              <w:rPr>
                <w:sz w:val="17"/>
              </w:rPr>
              <w:t>Rita en stor snigel med krita: en spiral med 12 till 15 rutor och ett vilohus i mitten.</w:t>
            </w:r>
          </w:p>
        </w:tc>
        <w:tc>
          <w:tcPr>
            <w:tcW w:type="dxa" w:w="1134"/>
          </w:tcPr>
          <w:p>
            <w:r>
              <w:t>F-3 och 4-6</w:t>
            </w:r>
          </w:p>
        </w:tc>
        <w:tc>
          <w:tcPr>
            <w:tcW w:type="dxa" w:w="680"/>
          </w:tcPr>
          <w:p>
            <w:r>
              <w:t>25</w:t>
            </w:r>
          </w:p>
        </w:tc>
        <w:tc>
          <w:tcPr>
            <w:tcW w:type="dxa" w:w="2494"/>
          </w:tcPr>
          <w:p>
            <w:r>
              <w:t>Kritor, en liten sten</w:t>
            </w:r>
          </w:p>
        </w:tc>
      </w:tr>
      <w:tr>
        <w:tc>
          <w:tcPr>
            <w:tcW w:type="dxa" w:w="680"/>
          </w:tcPr>
          <w:p>
            <w:r>
              <w:t>F036</w:t>
            </w:r>
          </w:p>
        </w:tc>
        <w:tc>
          <w:tcPr>
            <w:tcW w:type="dxa" w:w="4876"/>
          </w:tcPr>
          <w:p>
            <w:r>
              <w:rPr>
                <w:b/>
              </w:rPr>
              <w:t>Twisthoppet</w:t>
            </w:r>
          </w:p>
          <w:p>
            <w:r>
              <w:rPr>
                <w:sz w:val="17"/>
              </w:rPr>
              <w:t>Spänn bandet runt benen på två stolar. Är ni tre kan två stå i bandet i stället.</w:t>
            </w:r>
          </w:p>
        </w:tc>
        <w:tc>
          <w:tcPr>
            <w:tcW w:type="dxa" w:w="1134"/>
          </w:tcPr>
          <w:p>
            <w:r>
              <w:t>F-3</w:t>
            </w:r>
          </w:p>
        </w:tc>
        <w:tc>
          <w:tcPr>
            <w:tcW w:type="dxa" w:w="680"/>
          </w:tcPr>
          <w:p>
            <w:r>
              <w:t>20</w:t>
            </w:r>
          </w:p>
        </w:tc>
        <w:tc>
          <w:tcPr>
            <w:tcW w:type="dxa" w:w="2494"/>
          </w:tcPr>
          <w:p>
            <w:r>
              <w:t>Ett hoppband eller ett långt gummiband knutet till en ring, två stolar</w:t>
            </w:r>
          </w:p>
        </w:tc>
      </w:tr>
      <w:tr>
        <w:tc>
          <w:tcPr>
            <w:tcW w:type="dxa" w:w="680"/>
          </w:tcPr>
          <w:p>
            <w:r>
              <w:t>F037</w:t>
            </w:r>
          </w:p>
        </w:tc>
        <w:tc>
          <w:tcPr>
            <w:tcW w:type="dxa" w:w="4876"/>
          </w:tcPr>
          <w:p>
            <w:r>
              <w:rPr>
                <w:b/>
              </w:rPr>
              <w:t>Repkonstnären</w:t>
            </w:r>
          </w:p>
          <w:p>
            <w:r>
              <w:rPr>
                <w:sz w:val="17"/>
              </w:rPr>
              <w:t>Lär dig tre trick: korshopp med armarna i kors, sidsving där repet svingas bredvid dig, och dubbelhopp.</w:t>
            </w:r>
          </w:p>
        </w:tc>
        <w:tc>
          <w:tcPr>
            <w:tcW w:type="dxa" w:w="1134"/>
          </w:tcPr>
          <w:p>
            <w:r>
              <w:t>4-6</w:t>
            </w:r>
          </w:p>
        </w:tc>
        <w:tc>
          <w:tcPr>
            <w:tcW w:type="dxa" w:w="680"/>
          </w:tcPr>
          <w:p>
            <w:r>
              <w:t>30</w:t>
            </w:r>
          </w:p>
        </w:tc>
        <w:tc>
          <w:tcPr>
            <w:tcW w:type="dxa" w:w="2494"/>
          </w:tcPr>
          <w:p>
            <w:r>
              <w:t>Hopprep, gärna något att spela musik på</w:t>
            </w:r>
          </w:p>
        </w:tc>
      </w:tr>
      <w:tr>
        <w:tc>
          <w:tcPr>
            <w:tcW w:type="dxa" w:w="680"/>
          </w:tcPr>
          <w:p>
            <w:r>
              <w:t>F038</w:t>
            </w:r>
          </w:p>
        </w:tc>
        <w:tc>
          <w:tcPr>
            <w:tcW w:type="dxa" w:w="4876"/>
          </w:tcPr>
          <w:p>
            <w:r>
              <w:rPr>
                <w:b/>
              </w:rPr>
              <w:t>Skolgårdsparkour</w:t>
            </w:r>
          </w:p>
          <w:p>
            <w:r>
              <w:rPr>
                <w:sz w:val="17"/>
              </w:rPr>
              <w:t>Öva precisionshopp: hoppa till en låg kant eller ett streck och landa helt stilla, utan att vingla.</w:t>
            </w:r>
          </w:p>
        </w:tc>
        <w:tc>
          <w:tcPr>
            <w:tcW w:type="dxa" w:w="1134"/>
          </w:tcPr>
          <w:p>
            <w:r>
              <w:t>4-6</w:t>
            </w:r>
          </w:p>
        </w:tc>
        <w:tc>
          <w:tcPr>
            <w:tcW w:type="dxa" w:w="680"/>
          </w:tcPr>
          <w:p>
            <w:r>
              <w:t>30</w:t>
            </w:r>
          </w:p>
        </w:tc>
        <w:tc>
          <w:tcPr>
            <w:tcW w:type="dxa" w:w="2494"/>
          </w:tcPr>
          <w:p>
            <w:r>
              <w:t>Inget. Skolgårdens låga murar, bänkar och kanter</w:t>
            </w:r>
          </w:p>
        </w:tc>
      </w:tr>
      <w:tr>
        <w:tc>
          <w:tcPr>
            <w:tcW w:type="dxa" w:w="680"/>
          </w:tcPr>
          <w:p>
            <w:r>
              <w:t>F039</w:t>
            </w:r>
          </w:p>
        </w:tc>
        <w:tc>
          <w:tcPr>
            <w:tcW w:type="dxa" w:w="4876"/>
          </w:tcPr>
          <w:p>
            <w:r>
              <w:rPr>
                <w:b/>
              </w:rPr>
              <w:t>Linjegången</w:t>
            </w:r>
          </w:p>
          <w:p>
            <w:r>
              <w:rPr>
                <w:sz w:val="17"/>
              </w:rPr>
              <w:t>Lägg ett rep rakt på marken eller hitta en kantsten. Gå hela vägen utan att trampa bredvid.</w:t>
            </w:r>
          </w:p>
        </w:tc>
        <w:tc>
          <w:tcPr>
            <w:tcW w:type="dxa" w:w="1134"/>
          </w:tcPr>
          <w:p>
            <w:r>
              <w:t>F-3</w:t>
            </w:r>
          </w:p>
        </w:tc>
        <w:tc>
          <w:tcPr>
            <w:tcW w:type="dxa" w:w="680"/>
          </w:tcPr>
          <w:p>
            <w:r>
              <w:t>15</w:t>
            </w:r>
          </w:p>
        </w:tc>
        <w:tc>
          <w:tcPr>
            <w:tcW w:type="dxa" w:w="2494"/>
          </w:tcPr>
          <w:p>
            <w:r>
              <w:t>Ett hopprep eller en kantsten, en bok</w:t>
            </w:r>
          </w:p>
        </w:tc>
      </w:tr>
      <w:tr>
        <w:tc>
          <w:tcPr>
            <w:tcW w:type="dxa" w:w="680"/>
          </w:tcPr>
          <w:p>
            <w:r>
              <w:t>F040</w:t>
            </w:r>
          </w:p>
        </w:tc>
        <w:tc>
          <w:tcPr>
            <w:tcW w:type="dxa" w:w="4876"/>
          </w:tcPr>
          <w:p>
            <w:r>
              <w:rPr>
                <w:b/>
              </w:rPr>
              <w:t>Kingen för två</w:t>
            </w:r>
          </w:p>
          <w:p>
            <w:r>
              <w:rPr>
                <w:sz w:val="17"/>
              </w:rPr>
              <w:t>Rita två rutor bredvid varandra, ungefär två gånger två meter var. Är ni tre, rita tre rutor.</w:t>
            </w:r>
          </w:p>
        </w:tc>
        <w:tc>
          <w:tcPr>
            <w:tcW w:type="dxa" w:w="1134"/>
          </w:tcPr>
          <w:p>
            <w:r>
              <w:t>F-3 och 4-6</w:t>
            </w:r>
          </w:p>
        </w:tc>
        <w:tc>
          <w:tcPr>
            <w:tcW w:type="dxa" w:w="680"/>
          </w:tcPr>
          <w:p>
            <w:r>
              <w:t>20</w:t>
            </w:r>
          </w:p>
        </w:tc>
        <w:tc>
          <w:tcPr>
            <w:tcW w:type="dxa" w:w="2494"/>
          </w:tcPr>
          <w:p>
            <w:r>
              <w:t>En lekboll som studsar, kritor</w:t>
            </w:r>
          </w:p>
        </w:tc>
      </w:tr>
      <w:tr>
        <w:tc>
          <w:tcPr>
            <w:tcW w:type="dxa" w:w="680"/>
          </w:tcPr>
          <w:p>
            <w:r>
              <w:t>F041</w:t>
            </w:r>
          </w:p>
        </w:tc>
        <w:tc>
          <w:tcPr>
            <w:tcW w:type="dxa" w:w="4876"/>
          </w:tcPr>
          <w:p>
            <w:r>
              <w:rPr>
                <w:b/>
              </w:rPr>
              <w:t>Handståendet</w:t>
            </w:r>
          </w:p>
          <w:p>
            <w:r>
              <w:rPr>
                <w:sz w:val="17"/>
              </w:rPr>
              <w:t>Stå med ryggen mot väggen. Sätt händerna i golvet och gå med fötterna baklänges upp på väggen.</w:t>
            </w:r>
          </w:p>
        </w:tc>
        <w:tc>
          <w:tcPr>
            <w:tcW w:type="dxa" w:w="1134"/>
          </w:tcPr>
          <w:p>
            <w:r>
              <w:t>4-6</w:t>
            </w:r>
          </w:p>
        </w:tc>
        <w:tc>
          <w:tcPr>
            <w:tcW w:type="dxa" w:w="680"/>
          </w:tcPr>
          <w:p>
            <w:r>
              <w:t>15</w:t>
            </w:r>
          </w:p>
        </w:tc>
        <w:tc>
          <w:tcPr>
            <w:tcW w:type="dxa" w:w="2494"/>
          </w:tcPr>
          <w:p>
            <w:r>
              <w:t>En tom vägg, gärna en matta</w:t>
            </w:r>
          </w:p>
        </w:tc>
      </w:tr>
      <w:tr>
        <w:tc>
          <w:tcPr>
            <w:tcW w:type="dxa" w:w="680"/>
          </w:tcPr>
          <w:p>
            <w:r>
              <w:t>F042</w:t>
            </w:r>
          </w:p>
        </w:tc>
        <w:tc>
          <w:tcPr>
            <w:tcW w:type="dxa" w:w="4876"/>
          </w:tcPr>
          <w:p>
            <w:r>
              <w:rPr>
                <w:b/>
              </w:rPr>
              <w:t>Hjulskolan</w:t>
            </w:r>
          </w:p>
          <w:p>
            <w:r>
              <w:rPr>
                <w:sz w:val="17"/>
              </w:rPr>
              <w:t>Lägg repet rakt på marken. Ställ dig vid repets ena ände med armarna uppsträckta.</w:t>
            </w:r>
          </w:p>
        </w:tc>
        <w:tc>
          <w:tcPr>
            <w:tcW w:type="dxa" w:w="1134"/>
          </w:tcPr>
          <w:p>
            <w:r>
              <w:t>F-3</w:t>
            </w:r>
          </w:p>
        </w:tc>
        <w:tc>
          <w:tcPr>
            <w:tcW w:type="dxa" w:w="680"/>
          </w:tcPr>
          <w:p>
            <w:r>
              <w:t>20</w:t>
            </w:r>
          </w:p>
        </w:tc>
        <w:tc>
          <w:tcPr>
            <w:tcW w:type="dxa" w:w="2494"/>
          </w:tcPr>
          <w:p>
            <w:r>
              <w:t>Gräsmatta eller matta, ett hopprep</w:t>
            </w:r>
          </w:p>
        </w:tc>
      </w:tr>
      <w:tr>
        <w:tc>
          <w:tcPr>
            <w:tcW w:type="dxa" w:w="680"/>
          </w:tcPr>
          <w:p>
            <w:r>
              <w:t>F043</w:t>
            </w:r>
          </w:p>
        </w:tc>
        <w:tc>
          <w:tcPr>
            <w:tcW w:type="dxa" w:w="4876"/>
          </w:tcPr>
          <w:p>
            <w:r>
              <w:rPr>
                <w:b/>
              </w:rPr>
              <w:t>Djurbanan</w:t>
            </w:r>
          </w:p>
          <w:p>
            <w:r>
              <w:rPr>
                <w:sz w:val="17"/>
              </w:rPr>
              <w:t>Lägg ut fyra markeringar i en bana. Varje sträcka är ett djur: björn, krabba, groda och säl.</w:t>
            </w:r>
          </w:p>
        </w:tc>
        <w:tc>
          <w:tcPr>
            <w:tcW w:type="dxa" w:w="1134"/>
          </w:tcPr>
          <w:p>
            <w:r>
              <w:t>F-3</w:t>
            </w:r>
          </w:p>
        </w:tc>
        <w:tc>
          <w:tcPr>
            <w:tcW w:type="dxa" w:w="680"/>
          </w:tcPr>
          <w:p>
            <w:r>
              <w:t>15</w:t>
            </w:r>
          </w:p>
        </w:tc>
        <w:tc>
          <w:tcPr>
            <w:tcW w:type="dxa" w:w="2494"/>
          </w:tcPr>
          <w:p>
            <w:r>
              <w:t>Fyra saker att markera med, till exempel koner eller skor</w:t>
            </w:r>
          </w:p>
        </w:tc>
      </w:tr>
      <w:tr>
        <w:tc>
          <w:tcPr>
            <w:tcW w:type="dxa" w:w="680"/>
          </w:tcPr>
          <w:p>
            <w:r>
              <w:t>F044</w:t>
            </w:r>
          </w:p>
        </w:tc>
        <w:tc>
          <w:tcPr>
            <w:tcW w:type="dxa" w:w="4876"/>
          </w:tcPr>
          <w:p>
            <w:r>
              <w:rPr>
                <w:b/>
              </w:rPr>
              <w:t>Frisbeegolfrundan</w:t>
            </w:r>
          </w:p>
          <w:p>
            <w:r>
              <w:rPr>
                <w:sz w:val="17"/>
              </w:rPr>
              <w:t>Välj fem mål på skolgården, till exempel en stolpe, ett träd och en papperskorg. Bestäm var varje hål börjar.</w:t>
            </w:r>
          </w:p>
        </w:tc>
        <w:tc>
          <w:tcPr>
            <w:tcW w:type="dxa" w:w="1134"/>
          </w:tcPr>
          <w:p>
            <w:r>
              <w:t>F-3 och 4-6</w:t>
            </w:r>
          </w:p>
        </w:tc>
        <w:tc>
          <w:tcPr>
            <w:tcW w:type="dxa" w:w="680"/>
          </w:tcPr>
          <w:p>
            <w:r>
              <w:t>40</w:t>
            </w:r>
          </w:p>
        </w:tc>
        <w:tc>
          <w:tcPr>
            <w:tcW w:type="dxa" w:w="2494"/>
          </w:tcPr>
          <w:p>
            <w:r>
              <w:t>En frisbee per person, papper och penna</w:t>
            </w:r>
          </w:p>
        </w:tc>
      </w:tr>
      <w:tr>
        <w:tc>
          <w:tcPr>
            <w:tcW w:type="dxa" w:w="680"/>
          </w:tcPr>
          <w:p>
            <w:r>
              <w:t>F045</w:t>
            </w:r>
          </w:p>
        </w:tc>
        <w:tc>
          <w:tcPr>
            <w:tcW w:type="dxa" w:w="4876"/>
          </w:tcPr>
          <w:p>
            <w:r>
              <w:rPr>
                <w:b/>
              </w:rPr>
              <w:t>Fintmästaren</w:t>
            </w:r>
          </w:p>
          <w:p>
            <w:r>
              <w:rPr>
                <w:sz w:val="17"/>
              </w:rPr>
              <w:t>Låtsas sparka med höger fot. Dra i stället bollen bakom stödbenet med insidan och vänd åt andra hållet.</w:t>
            </w:r>
          </w:p>
        </w:tc>
        <w:tc>
          <w:tcPr>
            <w:tcW w:type="dxa" w:w="1134"/>
          </w:tcPr>
          <w:p>
            <w:r>
              <w:t>4-6</w:t>
            </w:r>
          </w:p>
        </w:tc>
        <w:tc>
          <w:tcPr>
            <w:tcW w:type="dxa" w:w="680"/>
          </w:tcPr>
          <w:p>
            <w:r>
              <w:t>20</w:t>
            </w:r>
          </w:p>
        </w:tc>
        <w:tc>
          <w:tcPr>
            <w:tcW w:type="dxa" w:w="2494"/>
          </w:tcPr>
          <w:p>
            <w:r>
              <w:t>En fotboll, två koner eller jackor</w:t>
            </w:r>
          </w:p>
        </w:tc>
      </w:tr>
      <w:tr>
        <w:tc>
          <w:tcPr>
            <w:tcW w:type="dxa" w:w="680"/>
          </w:tcPr>
          <w:p>
            <w:r>
              <w:t>F046</w:t>
            </w:r>
          </w:p>
        </w:tc>
        <w:tc>
          <w:tcPr>
            <w:tcW w:type="dxa" w:w="4876"/>
          </w:tcPr>
          <w:p>
            <w:r>
              <w:rPr>
                <w:b/>
              </w:rPr>
              <w:t>Hulahoppskolan</w:t>
            </w:r>
          </w:p>
          <w:p>
            <w:r>
              <w:rPr>
                <w:sz w:val="17"/>
              </w:rPr>
              <w:t>Snurra ringen runt midjan. Räkna varven innan den ramlar.</w:t>
            </w:r>
          </w:p>
        </w:tc>
        <w:tc>
          <w:tcPr>
            <w:tcW w:type="dxa" w:w="1134"/>
          </w:tcPr>
          <w:p>
            <w:r>
              <w:t>F-3</w:t>
            </w:r>
          </w:p>
        </w:tc>
        <w:tc>
          <w:tcPr>
            <w:tcW w:type="dxa" w:w="680"/>
          </w:tcPr>
          <w:p>
            <w:r>
              <w:t>15</w:t>
            </w:r>
          </w:p>
        </w:tc>
        <w:tc>
          <w:tcPr>
            <w:tcW w:type="dxa" w:w="2494"/>
          </w:tcPr>
          <w:p>
            <w:r>
              <w:t>En hulahopring</w:t>
            </w:r>
          </w:p>
        </w:tc>
      </w:tr>
      <w:tr>
        <w:tc>
          <w:tcPr>
            <w:tcW w:type="dxa" w:w="680"/>
          </w:tcPr>
          <w:p>
            <w:r>
              <w:t>F047</w:t>
            </w:r>
          </w:p>
        </w:tc>
        <w:tc>
          <w:tcPr>
            <w:tcW w:type="dxa" w:w="4876"/>
          </w:tcPr>
          <w:p>
            <w:r>
              <w:rPr>
                <w:b/>
              </w:rPr>
              <w:t>Golvet är lava</w:t>
            </w:r>
          </w:p>
          <w:p>
            <w:r>
              <w:rPr>
                <w:sz w:val="17"/>
              </w:rPr>
              <w:t>Lägg ut kuddar och mattbitar som öar i rummet. Golvet mellan dem är lava.</w:t>
            </w:r>
          </w:p>
        </w:tc>
        <w:tc>
          <w:tcPr>
            <w:tcW w:type="dxa" w:w="1134"/>
          </w:tcPr>
          <w:p>
            <w:r>
              <w:t>F-3</w:t>
            </w:r>
          </w:p>
        </w:tc>
        <w:tc>
          <w:tcPr>
            <w:tcW w:type="dxa" w:w="680"/>
          </w:tcPr>
          <w:p>
            <w:r>
              <w:t>15</w:t>
            </w:r>
          </w:p>
        </w:tc>
        <w:tc>
          <w:tcPr>
            <w:tcW w:type="dxa" w:w="2494"/>
          </w:tcPr>
          <w:p>
            <w:r>
              <w:t>Kuddar, mattbitar eller sittunderlag</w:t>
            </w:r>
          </w:p>
        </w:tc>
      </w:tr>
      <w:tr>
        <w:tc>
          <w:tcPr>
            <w:tcW w:type="dxa" w:w="680"/>
          </w:tcPr>
          <w:p>
            <w:r>
              <w:t>F048</w:t>
            </w:r>
          </w:p>
        </w:tc>
        <w:tc>
          <w:tcPr>
            <w:tcW w:type="dxa" w:w="4876"/>
          </w:tcPr>
          <w:p>
            <w:r>
              <w:rPr>
                <w:b/>
              </w:rPr>
              <w:t>Sockbollen</w:t>
            </w:r>
          </w:p>
          <w:p>
            <w:r>
              <w:rPr>
                <w:sz w:val="17"/>
              </w:rPr>
              <w:t>Släpp bollen och sparka upp den med insidan av foten. Fånga den.</w:t>
            </w:r>
          </w:p>
        </w:tc>
        <w:tc>
          <w:tcPr>
            <w:tcW w:type="dxa" w:w="1134"/>
          </w:tcPr>
          <w:p>
            <w:r>
              <w:t>4-6</w:t>
            </w:r>
          </w:p>
        </w:tc>
        <w:tc>
          <w:tcPr>
            <w:tcW w:type="dxa" w:w="680"/>
          </w:tcPr>
          <w:p>
            <w:r>
              <w:t>15</w:t>
            </w:r>
          </w:p>
        </w:tc>
        <w:tc>
          <w:tcPr>
            <w:tcW w:type="dxa" w:w="2494"/>
          </w:tcPr>
          <w:p>
            <w:r>
              <w:t>En footbag, eller en socka fylld med en näve ris och ihopknuten</w:t>
            </w:r>
          </w:p>
        </w:tc>
      </w:tr>
      <w:tr>
        <w:tc>
          <w:tcPr>
            <w:tcW w:type="dxa" w:w="680"/>
          </w:tcPr>
          <w:p>
            <w:r>
              <w:t>F049</w:t>
            </w:r>
          </w:p>
        </w:tc>
        <w:tc>
          <w:tcPr>
            <w:tcW w:type="dxa" w:w="4876"/>
          </w:tcPr>
          <w:p>
            <w:r>
              <w:rPr>
                <w:b/>
              </w:rPr>
              <w:t>Grodhoppet</w:t>
            </w:r>
          </w:p>
          <w:p>
            <w:r>
              <w:rPr>
                <w:sz w:val="17"/>
              </w:rPr>
              <w:t>Stå bakom ett streck med fötterna ihop. Svinga armarna och hoppa så långt du kan.</w:t>
            </w:r>
          </w:p>
        </w:tc>
        <w:tc>
          <w:tcPr>
            <w:tcW w:type="dxa" w:w="1134"/>
          </w:tcPr>
          <w:p>
            <w:r>
              <w:t>F-3 och 4-6</w:t>
            </w:r>
          </w:p>
        </w:tc>
        <w:tc>
          <w:tcPr>
            <w:tcW w:type="dxa" w:w="680"/>
          </w:tcPr>
          <w:p>
            <w:r>
              <w:t>15</w:t>
            </w:r>
          </w:p>
        </w:tc>
        <w:tc>
          <w:tcPr>
            <w:tcW w:type="dxa" w:w="2494"/>
          </w:tcPr>
          <w:p>
            <w:r>
              <w:t>Kritor eller tejp, ett måttband</w:t>
            </w:r>
          </w:p>
        </w:tc>
      </w:tr>
      <w:tr>
        <w:tc>
          <w:tcPr>
            <w:tcW w:type="dxa" w:w="680"/>
          </w:tcPr>
          <w:p>
            <w:r>
              <w:t>F050</w:t>
            </w:r>
          </w:p>
        </w:tc>
        <w:tc>
          <w:tcPr>
            <w:tcW w:type="dxa" w:w="4876"/>
          </w:tcPr>
          <w:p>
            <w:r>
              <w:rPr>
                <w:b/>
              </w:rPr>
              <w:t>Snöbollsprickskytten</w:t>
            </w:r>
          </w:p>
          <w:p>
            <w:r>
              <w:rPr>
                <w:sz w:val="17"/>
              </w:rPr>
              <w:t>Gör en måltavla i en snövall: tre ringar inuti varandra, ritade med en pinne eller en vante.</w:t>
            </w:r>
          </w:p>
        </w:tc>
        <w:tc>
          <w:tcPr>
            <w:tcW w:type="dxa" w:w="1134"/>
          </w:tcPr>
          <w:p>
            <w:r>
              <w:t>F-3 och 4-6</w:t>
            </w:r>
          </w:p>
        </w:tc>
        <w:tc>
          <w:tcPr>
            <w:tcW w:type="dxa" w:w="680"/>
          </w:tcPr>
          <w:p>
            <w:r>
              <w:t>20</w:t>
            </w:r>
          </w:p>
        </w:tc>
        <w:tc>
          <w:tcPr>
            <w:tcW w:type="dxa" w:w="2494"/>
          </w:tcPr>
          <w:p>
            <w:r>
              <w:t>Snö, en snövall eller en vägg utan fönster</w:t>
            </w:r>
          </w:p>
        </w:tc>
      </w:tr>
      <w:tr>
        <w:tc>
          <w:tcPr>
            <w:tcW w:type="dxa" w:w="680"/>
          </w:tcPr>
          <w:p>
            <w:r>
              <w:t>F051</w:t>
            </w:r>
          </w:p>
        </w:tc>
        <w:tc>
          <w:tcPr>
            <w:tcW w:type="dxa" w:w="4876"/>
          </w:tcPr>
          <w:p>
            <w:r>
              <w:rPr>
                <w:b/>
              </w:rPr>
              <w:t>Koreografen</w:t>
            </w:r>
          </w:p>
          <w:p>
            <w:r>
              <w:rPr>
                <w:sz w:val="17"/>
              </w:rPr>
              <w:t>Välj en låt. Räkna takten från ett till åtta. Det kallas en åtta.</w:t>
            </w:r>
          </w:p>
        </w:tc>
        <w:tc>
          <w:tcPr>
            <w:tcW w:type="dxa" w:w="1134"/>
          </w:tcPr>
          <w:p>
            <w:r>
              <w:t>4-6</w:t>
            </w:r>
          </w:p>
        </w:tc>
        <w:tc>
          <w:tcPr>
            <w:tcW w:type="dxa" w:w="680"/>
          </w:tcPr>
          <w:p>
            <w:r>
              <w:t>40</w:t>
            </w:r>
          </w:p>
        </w:tc>
        <w:tc>
          <w:tcPr>
            <w:tcW w:type="dxa" w:w="2494"/>
          </w:tcPr>
          <w:p>
            <w:r>
              <w:t>Något att spela musik på</w:t>
            </w:r>
          </w:p>
        </w:tc>
      </w:tr>
    </w:tbl>
    <w:p>
      <w:pPr>
        <w:pStyle w:val="Heading2"/>
      </w:pPr>
      <w:r>
        <w:rPr>
          <w:color w:val="22A86A"/>
        </w:rPr>
        <w:t>Klura och spela (17)</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22A86A"/>
          </w:tcPr>
          <w:p>
            <w:r>
              <w:rPr>
                <w:b/>
                <w:color w:val="FFFFFF"/>
              </w:rPr>
              <w:t>Nr</w:t>
            </w:r>
          </w:p>
        </w:tc>
        <w:tc>
          <w:tcPr>
            <w:tcW w:type="dxa" w:w="4876"/>
            <w:shd w:val="clear" w:color="auto" w:fill="22A86A"/>
          </w:tcPr>
          <w:p>
            <w:r>
              <w:rPr>
                <w:b/>
                <w:color w:val="FFFFFF"/>
              </w:rPr>
              <w:t>Aktivitet</w:t>
            </w:r>
          </w:p>
        </w:tc>
        <w:tc>
          <w:tcPr>
            <w:tcW w:type="dxa" w:w="1134"/>
            <w:shd w:val="clear" w:color="auto" w:fill="22A86A"/>
          </w:tcPr>
          <w:p>
            <w:r>
              <w:rPr>
                <w:b/>
                <w:color w:val="FFFFFF"/>
              </w:rPr>
              <w:t>För</w:t>
            </w:r>
          </w:p>
        </w:tc>
        <w:tc>
          <w:tcPr>
            <w:tcW w:type="dxa" w:w="680"/>
            <w:shd w:val="clear" w:color="auto" w:fill="22A86A"/>
          </w:tcPr>
          <w:p>
            <w:r>
              <w:rPr>
                <w:b/>
                <w:color w:val="FFFFFF"/>
              </w:rPr>
              <w:t>Min</w:t>
            </w:r>
          </w:p>
        </w:tc>
        <w:tc>
          <w:tcPr>
            <w:tcW w:type="dxa" w:w="2494"/>
            <w:shd w:val="clear" w:color="auto" w:fill="22A86A"/>
          </w:tcPr>
          <w:p>
            <w:r>
              <w:rPr>
                <w:b/>
                <w:color w:val="FFFFFF"/>
              </w:rPr>
              <w:t>Material</w:t>
            </w:r>
          </w:p>
        </w:tc>
      </w:tr>
      <w:tr>
        <w:tc>
          <w:tcPr>
            <w:tcW w:type="dxa" w:w="680"/>
          </w:tcPr>
          <w:p>
            <w:r>
              <w:t>F052</w:t>
            </w:r>
          </w:p>
        </w:tc>
        <w:tc>
          <w:tcPr>
            <w:tcW w:type="dxa" w:w="4876"/>
          </w:tcPr>
          <w:p>
            <w:r>
              <w:rPr>
                <w:b/>
              </w:rPr>
              <w:t>Prickar och rutor</w:t>
            </w:r>
          </w:p>
          <w:p>
            <w:r>
              <w:rPr>
                <w:sz w:val="17"/>
              </w:rPr>
              <w:t>Rita prickar i ett rutnät, fem rader med fem prickar.</w:t>
            </w:r>
          </w:p>
        </w:tc>
        <w:tc>
          <w:tcPr>
            <w:tcW w:type="dxa" w:w="1134"/>
          </w:tcPr>
          <w:p>
            <w:r>
              <w:t>F-3 och 4-6</w:t>
            </w:r>
          </w:p>
        </w:tc>
        <w:tc>
          <w:tcPr>
            <w:tcW w:type="dxa" w:w="680"/>
          </w:tcPr>
          <w:p>
            <w:r>
              <w:t>15</w:t>
            </w:r>
          </w:p>
        </w:tc>
        <w:tc>
          <w:tcPr>
            <w:tcW w:type="dxa" w:w="2494"/>
          </w:tcPr>
          <w:p>
            <w:r>
              <w:t>Rutpapper eller vanligt papper, två pennor i olika färg</w:t>
            </w:r>
          </w:p>
        </w:tc>
      </w:tr>
      <w:tr>
        <w:tc>
          <w:tcPr>
            <w:tcW w:type="dxa" w:w="680"/>
          </w:tcPr>
          <w:p>
            <w:r>
              <w:t>F053</w:t>
            </w:r>
          </w:p>
        </w:tc>
        <w:tc>
          <w:tcPr>
            <w:tcW w:type="dxa" w:w="4876"/>
          </w:tcPr>
          <w:p>
            <w:r>
              <w:rPr>
                <w:b/>
              </w:rPr>
              <w:t>Fem i rad</w:t>
            </w:r>
          </w:p>
          <w:p>
            <w:r>
              <w:rPr>
                <w:sz w:val="17"/>
              </w:rPr>
              <w:t>Ta ett stort rutpapper. En spelar kryss, en spelar ring.</w:t>
            </w:r>
          </w:p>
        </w:tc>
        <w:tc>
          <w:tcPr>
            <w:tcW w:type="dxa" w:w="1134"/>
          </w:tcPr>
          <w:p>
            <w:r>
              <w:t>F-3 och 4-6</w:t>
            </w:r>
          </w:p>
        </w:tc>
        <w:tc>
          <w:tcPr>
            <w:tcW w:type="dxa" w:w="680"/>
          </w:tcPr>
          <w:p>
            <w:r>
              <w:t>15</w:t>
            </w:r>
          </w:p>
        </w:tc>
        <w:tc>
          <w:tcPr>
            <w:tcW w:type="dxa" w:w="2494"/>
          </w:tcPr>
          <w:p>
            <w:r>
              <w:t>Rutpapper, två pennor</w:t>
            </w:r>
          </w:p>
        </w:tc>
      </w:tr>
      <w:tr>
        <w:tc>
          <w:tcPr>
            <w:tcW w:type="dxa" w:w="680"/>
          </w:tcPr>
          <w:p>
            <w:r>
              <w:t>F054</w:t>
            </w:r>
          </w:p>
        </w:tc>
        <w:tc>
          <w:tcPr>
            <w:tcW w:type="dxa" w:w="4876"/>
          </w:tcPr>
          <w:p>
            <w:r>
              <w:rPr>
                <w:b/>
              </w:rPr>
              <w:t>Sänka skepp</w:t>
            </w:r>
          </w:p>
          <w:p>
            <w:r>
              <w:rPr>
                <w:sz w:val="17"/>
              </w:rPr>
              <w:t>Rita två rutnät var, tio gånger tio. Skriv A till J överst och 1 till 10 i kanten. Ett är ditt hav, ett är för dina skott.</w:t>
            </w:r>
          </w:p>
        </w:tc>
        <w:tc>
          <w:tcPr>
            <w:tcW w:type="dxa" w:w="1134"/>
          </w:tcPr>
          <w:p>
            <w:r>
              <w:t>F-3 och 4-6</w:t>
            </w:r>
          </w:p>
        </w:tc>
        <w:tc>
          <w:tcPr>
            <w:tcW w:type="dxa" w:w="680"/>
          </w:tcPr>
          <w:p>
            <w:r>
              <w:t>30</w:t>
            </w:r>
          </w:p>
        </w:tc>
        <w:tc>
          <w:tcPr>
            <w:tcW w:type="dxa" w:w="2494"/>
          </w:tcPr>
          <w:p>
            <w:r>
              <w:t>Rutpapper, pennor, en bok att ställa upp som skärm</w:t>
            </w:r>
          </w:p>
        </w:tc>
      </w:tr>
      <w:tr>
        <w:tc>
          <w:tcPr>
            <w:tcW w:type="dxa" w:w="680"/>
          </w:tcPr>
          <w:p>
            <w:r>
              <w:t>F055</w:t>
            </w:r>
          </w:p>
        </w:tc>
        <w:tc>
          <w:tcPr>
            <w:tcW w:type="dxa" w:w="4876"/>
          </w:tcPr>
          <w:p>
            <w:r>
              <w:rPr>
                <w:b/>
              </w:rPr>
              <w:t>Frimurarkoden</w:t>
            </w:r>
          </w:p>
          <w:p>
            <w:r>
              <w:rPr>
                <w:sz w:val="17"/>
              </w:rPr>
              <w:t>Rita nyckeln: två rutnät som i luffarschack (#) och två stora kryss (X). Skriv in bokstäverna. I det andra av varje par får alla bokstäver en prick.</w:t>
            </w:r>
          </w:p>
        </w:tc>
        <w:tc>
          <w:tcPr>
            <w:tcW w:type="dxa" w:w="1134"/>
          </w:tcPr>
          <w:p>
            <w:r>
              <w:t>F-3 och 4-6</w:t>
            </w:r>
          </w:p>
        </w:tc>
        <w:tc>
          <w:tcPr>
            <w:tcW w:type="dxa" w:w="680"/>
          </w:tcPr>
          <w:p>
            <w:r>
              <w:t>25</w:t>
            </w:r>
          </w:p>
        </w:tc>
        <w:tc>
          <w:tcPr>
            <w:tcW w:type="dxa" w:w="2494"/>
          </w:tcPr>
          <w:p>
            <w:r>
              <w:t>Papper, penna</w:t>
            </w:r>
          </w:p>
        </w:tc>
      </w:tr>
      <w:tr>
        <w:tc>
          <w:tcPr>
            <w:tcW w:type="dxa" w:w="680"/>
          </w:tcPr>
          <w:p>
            <w:r>
              <w:t>F056</w:t>
            </w:r>
          </w:p>
        </w:tc>
        <w:tc>
          <w:tcPr>
            <w:tcW w:type="dxa" w:w="4876"/>
          </w:tcPr>
          <w:p>
            <w:r>
              <w:rPr>
                <w:b/>
              </w:rPr>
              <w:t>Glasspinnspusslet</w:t>
            </w:r>
          </w:p>
          <w:p>
            <w:r>
              <w:rPr>
                <w:sz w:val="17"/>
              </w:rPr>
              <w:t>Lägg 12 pinnar som ett fönster med fyra rutor, två och två.</w:t>
            </w:r>
          </w:p>
        </w:tc>
        <w:tc>
          <w:tcPr>
            <w:tcW w:type="dxa" w:w="1134"/>
          </w:tcPr>
          <w:p>
            <w:r>
              <w:t>F-3 och 4-6</w:t>
            </w:r>
          </w:p>
        </w:tc>
        <w:tc>
          <w:tcPr>
            <w:tcW w:type="dxa" w:w="680"/>
          </w:tcPr>
          <w:p>
            <w:r>
              <w:t>15</w:t>
            </w:r>
          </w:p>
        </w:tc>
        <w:tc>
          <w:tcPr>
            <w:tcW w:type="dxa" w:w="2494"/>
          </w:tcPr>
          <w:p>
            <w:r>
              <w:t>12 glasspinnar (eller tandpetare, blyertspennor), lite modellera för nivå 3</w:t>
            </w:r>
          </w:p>
        </w:tc>
      </w:tr>
      <w:tr>
        <w:tc>
          <w:tcPr>
            <w:tcW w:type="dxa" w:w="680"/>
          </w:tcPr>
          <w:p>
            <w:r>
              <w:t>F057</w:t>
            </w:r>
          </w:p>
        </w:tc>
        <w:tc>
          <w:tcPr>
            <w:tcW w:type="dxa" w:w="4876"/>
          </w:tcPr>
          <w:p>
            <w:r>
              <w:rPr>
                <w:b/>
              </w:rPr>
              <w:t>21-kortstricket</w:t>
            </w:r>
          </w:p>
          <w:p>
            <w:r>
              <w:rPr>
                <w:sz w:val="17"/>
              </w:rPr>
              <w:t>Ta 21 kort. Låt en kompis tänka på ett av dem utan att säga vilket.</w:t>
            </w:r>
          </w:p>
        </w:tc>
        <w:tc>
          <w:tcPr>
            <w:tcW w:type="dxa" w:w="1134"/>
          </w:tcPr>
          <w:p>
            <w:r>
              <w:t>F-3 och 4-6</w:t>
            </w:r>
          </w:p>
        </w:tc>
        <w:tc>
          <w:tcPr>
            <w:tcW w:type="dxa" w:w="680"/>
          </w:tcPr>
          <w:p>
            <w:r>
              <w:t>20</w:t>
            </w:r>
          </w:p>
        </w:tc>
        <w:tc>
          <w:tcPr>
            <w:tcW w:type="dxa" w:w="2494"/>
          </w:tcPr>
          <w:p>
            <w:r>
              <w:t>En kortlek</w:t>
            </w:r>
          </w:p>
        </w:tc>
      </w:tr>
      <w:tr>
        <w:tc>
          <w:tcPr>
            <w:tcW w:type="dxa" w:w="680"/>
          </w:tcPr>
          <w:p>
            <w:r>
              <w:t>F058</w:t>
            </w:r>
          </w:p>
        </w:tc>
        <w:tc>
          <w:tcPr>
            <w:tcW w:type="dxa" w:w="4876"/>
          </w:tcPr>
          <w:p>
            <w:r>
              <w:rPr>
                <w:b/>
              </w:rPr>
              <w:t>Klockpatiensen</w:t>
            </w:r>
          </w:p>
          <w:p>
            <w:r>
              <w:rPr>
                <w:sz w:val="17"/>
              </w:rPr>
              <w:t>Lägg korten i 13 högar med fyra kort i varje, bilden ner. Tolv högar i en ring som en klocka, en hög i mitten.</w:t>
            </w:r>
          </w:p>
        </w:tc>
        <w:tc>
          <w:tcPr>
            <w:tcW w:type="dxa" w:w="1134"/>
          </w:tcPr>
          <w:p>
            <w:r>
              <w:t>F-3</w:t>
            </w:r>
          </w:p>
        </w:tc>
        <w:tc>
          <w:tcPr>
            <w:tcW w:type="dxa" w:w="680"/>
          </w:tcPr>
          <w:p>
            <w:r>
              <w:t>15</w:t>
            </w:r>
          </w:p>
        </w:tc>
        <w:tc>
          <w:tcPr>
            <w:tcW w:type="dxa" w:w="2494"/>
          </w:tcPr>
          <w:p>
            <w:r>
              <w:t>En kortlek utan jokrar</w:t>
            </w:r>
          </w:p>
        </w:tc>
      </w:tr>
      <w:tr>
        <w:tc>
          <w:tcPr>
            <w:tcW w:type="dxa" w:w="680"/>
          </w:tcPr>
          <w:p>
            <w:r>
              <w:t>F059</w:t>
            </w:r>
          </w:p>
        </w:tc>
        <w:tc>
          <w:tcPr>
            <w:tcW w:type="dxa" w:w="4876"/>
          </w:tcPr>
          <w:p>
            <w:r>
              <w:rPr>
                <w:b/>
              </w:rPr>
              <w:t>Elvapatiensen</w:t>
            </w:r>
          </w:p>
          <w:p>
            <w:r>
              <w:rPr>
                <w:sz w:val="17"/>
              </w:rPr>
              <w:t>Lägg nio kort med bilden upp, tre rader med tre kort. Ess är 1.</w:t>
            </w:r>
          </w:p>
        </w:tc>
        <w:tc>
          <w:tcPr>
            <w:tcW w:type="dxa" w:w="1134"/>
          </w:tcPr>
          <w:p>
            <w:r>
              <w:t>F-3</w:t>
            </w:r>
          </w:p>
        </w:tc>
        <w:tc>
          <w:tcPr>
            <w:tcW w:type="dxa" w:w="680"/>
          </w:tcPr>
          <w:p>
            <w:r>
              <w:t>15</w:t>
            </w:r>
          </w:p>
        </w:tc>
        <w:tc>
          <w:tcPr>
            <w:tcW w:type="dxa" w:w="2494"/>
          </w:tcPr>
          <w:p>
            <w:r>
              <w:t>En kortlek utan jokrar</w:t>
            </w:r>
          </w:p>
        </w:tc>
      </w:tr>
      <w:tr>
        <w:tc>
          <w:tcPr>
            <w:tcW w:type="dxa" w:w="680"/>
          </w:tcPr>
          <w:p>
            <w:r>
              <w:t>F060</w:t>
            </w:r>
          </w:p>
        </w:tc>
        <w:tc>
          <w:tcPr>
            <w:tcW w:type="dxa" w:w="4876"/>
          </w:tcPr>
          <w:p>
            <w:r>
              <w:rPr>
                <w:b/>
              </w:rPr>
              <w:t>Sista pinnen</w:t>
            </w:r>
          </w:p>
          <w:p>
            <w:r>
              <w:rPr>
                <w:sz w:val="17"/>
              </w:rPr>
              <w:t>Lägg 21 pinnar i en hög.</w:t>
            </w:r>
          </w:p>
        </w:tc>
        <w:tc>
          <w:tcPr>
            <w:tcW w:type="dxa" w:w="1134"/>
          </w:tcPr>
          <w:p>
            <w:r>
              <w:t>F-3</w:t>
            </w:r>
          </w:p>
        </w:tc>
        <w:tc>
          <w:tcPr>
            <w:tcW w:type="dxa" w:w="680"/>
          </w:tcPr>
          <w:p>
            <w:r>
              <w:t>10</w:t>
            </w:r>
          </w:p>
        </w:tc>
        <w:tc>
          <w:tcPr>
            <w:tcW w:type="dxa" w:w="2494"/>
          </w:tcPr>
          <w:p>
            <w:r>
              <w:t>21 glasspinnar, stenar eller knappar</w:t>
            </w:r>
          </w:p>
        </w:tc>
      </w:tr>
      <w:tr>
        <w:tc>
          <w:tcPr>
            <w:tcW w:type="dxa" w:w="680"/>
          </w:tcPr>
          <w:p>
            <w:r>
              <w:t>F061</w:t>
            </w:r>
          </w:p>
        </w:tc>
        <w:tc>
          <w:tcPr>
            <w:tcW w:type="dxa" w:w="4876"/>
          </w:tcPr>
          <w:p>
            <w:r>
              <w:rPr>
                <w:b/>
              </w:rPr>
              <w:t>Gåtmakaren</w:t>
            </w:r>
          </w:p>
          <w:p>
            <w:r>
              <w:rPr>
                <w:sz w:val="17"/>
              </w:rPr>
              <w:t>Välj en sak du ser. Säg inte vad det är.</w:t>
            </w:r>
          </w:p>
        </w:tc>
        <w:tc>
          <w:tcPr>
            <w:tcW w:type="dxa" w:w="1134"/>
          </w:tcPr>
          <w:p>
            <w:r>
              <w:t>F-3</w:t>
            </w:r>
          </w:p>
        </w:tc>
        <w:tc>
          <w:tcPr>
            <w:tcW w:type="dxa" w:w="680"/>
          </w:tcPr>
          <w:p>
            <w:r>
              <w:t>15</w:t>
            </w:r>
          </w:p>
        </w:tc>
        <w:tc>
          <w:tcPr>
            <w:tcW w:type="dxa" w:w="2494"/>
          </w:tcPr>
          <w:p>
            <w:r>
              <w:t>Papper, penna (går att göra muntligt)</w:t>
            </w:r>
          </w:p>
        </w:tc>
      </w:tr>
      <w:tr>
        <w:tc>
          <w:tcPr>
            <w:tcW w:type="dxa" w:w="680"/>
          </w:tcPr>
          <w:p>
            <w:r>
              <w:t>F062</w:t>
            </w:r>
          </w:p>
        </w:tc>
        <w:tc>
          <w:tcPr>
            <w:tcW w:type="dxa" w:w="4876"/>
          </w:tcPr>
          <w:p>
            <w:r>
              <w:rPr>
                <w:b/>
              </w:rPr>
              <w:t>Vad saknas?</w:t>
            </w:r>
          </w:p>
          <w:p>
            <w:r>
              <w:rPr>
                <w:sz w:val="17"/>
              </w:rPr>
              <w:t>Lägg tio små saker på en bricka. Kompisen får titta i en minut.</w:t>
            </w:r>
          </w:p>
        </w:tc>
        <w:tc>
          <w:tcPr>
            <w:tcW w:type="dxa" w:w="1134"/>
          </w:tcPr>
          <w:p>
            <w:r>
              <w:t>F-3</w:t>
            </w:r>
          </w:p>
        </w:tc>
        <w:tc>
          <w:tcPr>
            <w:tcW w:type="dxa" w:w="680"/>
          </w:tcPr>
          <w:p>
            <w:r>
              <w:t>10</w:t>
            </w:r>
          </w:p>
        </w:tc>
        <w:tc>
          <w:tcPr>
            <w:tcW w:type="dxa" w:w="2494"/>
          </w:tcPr>
          <w:p>
            <w:r>
              <w:t>En bricka, tio små saker (sudd, kapsyl, kotte, nyckel...), en duk eller handduk</w:t>
            </w:r>
          </w:p>
        </w:tc>
      </w:tr>
      <w:tr>
        <w:tc>
          <w:tcPr>
            <w:tcW w:type="dxa" w:w="680"/>
          </w:tcPr>
          <w:p>
            <w:r>
              <w:t>F063</w:t>
            </w:r>
          </w:p>
        </w:tc>
        <w:tc>
          <w:tcPr>
            <w:tcW w:type="dxa" w:w="4876"/>
          </w:tcPr>
          <w:p>
            <w:r>
              <w:rPr>
                <w:b/>
              </w:rPr>
              <w:t>Groddarna</w:t>
            </w:r>
          </w:p>
          <w:p>
            <w:r>
              <w:rPr>
                <w:sz w:val="17"/>
              </w:rPr>
              <w:t>Rita tre prickar. I din tur drar du ett streck mellan två prickar, eller från en prick tillbaka till samma, och sätter en ny prick på strecket.</w:t>
            </w:r>
          </w:p>
        </w:tc>
        <w:tc>
          <w:tcPr>
            <w:tcW w:type="dxa" w:w="1134"/>
          </w:tcPr>
          <w:p>
            <w:r>
              <w:t>4-6</w:t>
            </w:r>
          </w:p>
        </w:tc>
        <w:tc>
          <w:tcPr>
            <w:tcW w:type="dxa" w:w="680"/>
          </w:tcPr>
          <w:p>
            <w:r>
              <w:t>15</w:t>
            </w:r>
          </w:p>
        </w:tc>
        <w:tc>
          <w:tcPr>
            <w:tcW w:type="dxa" w:w="2494"/>
          </w:tcPr>
          <w:p>
            <w:r>
              <w:t>Papper, penna</w:t>
            </w:r>
          </w:p>
        </w:tc>
      </w:tr>
      <w:tr>
        <w:tc>
          <w:tcPr>
            <w:tcW w:type="dxa" w:w="680"/>
          </w:tcPr>
          <w:p>
            <w:r>
              <w:t>F064</w:t>
            </w:r>
          </w:p>
        </w:tc>
        <w:tc>
          <w:tcPr>
            <w:tcW w:type="dxa" w:w="4876"/>
          </w:tcPr>
          <w:p>
            <w:r>
              <w:rPr>
                <w:b/>
              </w:rPr>
              <w:t>Triangelfällan</w:t>
            </w:r>
          </w:p>
          <w:p>
            <w:r>
              <w:rPr>
                <w:sz w:val="17"/>
              </w:rPr>
              <w:t>Rita sex prickar i en ring. Ni har var sin färg.</w:t>
            </w:r>
          </w:p>
        </w:tc>
        <w:tc>
          <w:tcPr>
            <w:tcW w:type="dxa" w:w="1134"/>
          </w:tcPr>
          <w:p>
            <w:r>
              <w:t>4-6</w:t>
            </w:r>
          </w:p>
        </w:tc>
        <w:tc>
          <w:tcPr>
            <w:tcW w:type="dxa" w:w="680"/>
          </w:tcPr>
          <w:p>
            <w:r>
              <w:t>10</w:t>
            </w:r>
          </w:p>
        </w:tc>
        <w:tc>
          <w:tcPr>
            <w:tcW w:type="dxa" w:w="2494"/>
          </w:tcPr>
          <w:p>
            <w:r>
              <w:t>Papper, två pennor i olika färg</w:t>
            </w:r>
          </w:p>
        </w:tc>
      </w:tr>
      <w:tr>
        <w:tc>
          <w:tcPr>
            <w:tcW w:type="dxa" w:w="680"/>
          </w:tcPr>
          <w:p>
            <w:r>
              <w:t>F065</w:t>
            </w:r>
          </w:p>
        </w:tc>
        <w:tc>
          <w:tcPr>
            <w:tcW w:type="dxa" w:w="4876"/>
          </w:tcPr>
          <w:p>
            <w:r>
              <w:rPr>
                <w:b/>
              </w:rPr>
              <w:t>Tjurar och kor</w:t>
            </w:r>
          </w:p>
          <w:p>
            <w:r>
              <w:rPr>
                <w:sz w:val="17"/>
              </w:rPr>
              <w:t>Skriv ett hemligt tal med fyra olika siffror. Gissa varandras tal i tur och ordning.</w:t>
            </w:r>
          </w:p>
        </w:tc>
        <w:tc>
          <w:tcPr>
            <w:tcW w:type="dxa" w:w="1134"/>
          </w:tcPr>
          <w:p>
            <w:r>
              <w:t>4-6</w:t>
            </w:r>
          </w:p>
        </w:tc>
        <w:tc>
          <w:tcPr>
            <w:tcW w:type="dxa" w:w="680"/>
          </w:tcPr>
          <w:p>
            <w:r>
              <w:t>20</w:t>
            </w:r>
          </w:p>
        </w:tc>
        <w:tc>
          <w:tcPr>
            <w:tcW w:type="dxa" w:w="2494"/>
          </w:tcPr>
          <w:p>
            <w:r>
              <w:t>Papper, penna</w:t>
            </w:r>
          </w:p>
        </w:tc>
      </w:tr>
      <w:tr>
        <w:tc>
          <w:tcPr>
            <w:tcW w:type="dxa" w:w="680"/>
          </w:tcPr>
          <w:p>
            <w:r>
              <w:t>F066</w:t>
            </w:r>
          </w:p>
        </w:tc>
        <w:tc>
          <w:tcPr>
            <w:tcW w:type="dxa" w:w="4876"/>
          </w:tcPr>
          <w:p>
            <w:r>
              <w:rPr>
                <w:b/>
              </w:rPr>
              <w:t>Dragspelspatiensen</w:t>
            </w:r>
          </w:p>
          <w:p>
            <w:r>
              <w:rPr>
                <w:sz w:val="17"/>
              </w:rPr>
              <w:t>Lägg ut korten ett i taget i en lång rad från vänster till höger.</w:t>
            </w:r>
          </w:p>
        </w:tc>
        <w:tc>
          <w:tcPr>
            <w:tcW w:type="dxa" w:w="1134"/>
          </w:tcPr>
          <w:p>
            <w:r>
              <w:t>4-6</w:t>
            </w:r>
          </w:p>
        </w:tc>
        <w:tc>
          <w:tcPr>
            <w:tcW w:type="dxa" w:w="680"/>
          </w:tcPr>
          <w:p>
            <w:r>
              <w:t>20</w:t>
            </w:r>
          </w:p>
        </w:tc>
        <w:tc>
          <w:tcPr>
            <w:tcW w:type="dxa" w:w="2494"/>
          </w:tcPr>
          <w:p>
            <w:r>
              <w:t>En kortlek, ett stort bord eller golv</w:t>
            </w:r>
          </w:p>
        </w:tc>
      </w:tr>
      <w:tr>
        <w:tc>
          <w:tcPr>
            <w:tcW w:type="dxa" w:w="680"/>
          </w:tcPr>
          <w:p>
            <w:r>
              <w:t>F067</w:t>
            </w:r>
          </w:p>
        </w:tc>
        <w:tc>
          <w:tcPr>
            <w:tcW w:type="dxa" w:w="4876"/>
          </w:tcPr>
          <w:p>
            <w:r>
              <w:rPr>
                <w:b/>
              </w:rPr>
              <w:t>Bildgåtan i rutor</w:t>
            </w:r>
          </w:p>
          <w:p>
            <w:r>
              <w:rPr>
                <w:sz w:val="17"/>
              </w:rPr>
              <w:t>Rita ett rutnät, tio gånger tio. Fyll i hela rutor så att det blir en enkel bild, till exempel en båt.</w:t>
            </w:r>
          </w:p>
        </w:tc>
        <w:tc>
          <w:tcPr>
            <w:tcW w:type="dxa" w:w="1134"/>
          </w:tcPr>
          <w:p>
            <w:r>
              <w:t>4-6</w:t>
            </w:r>
          </w:p>
        </w:tc>
        <w:tc>
          <w:tcPr>
            <w:tcW w:type="dxa" w:w="680"/>
          </w:tcPr>
          <w:p>
            <w:r>
              <w:t>40</w:t>
            </w:r>
          </w:p>
        </w:tc>
        <w:tc>
          <w:tcPr>
            <w:tcW w:type="dxa" w:w="2494"/>
          </w:tcPr>
          <w:p>
            <w:r>
              <w:t>Rutpapper, blyertspenna, sudd</w:t>
            </w:r>
          </w:p>
        </w:tc>
      </w:tr>
      <w:tr>
        <w:tc>
          <w:tcPr>
            <w:tcW w:type="dxa" w:w="680"/>
          </w:tcPr>
          <w:p>
            <w:r>
              <w:t>F068</w:t>
            </w:r>
          </w:p>
        </w:tc>
        <w:tc>
          <w:tcPr>
            <w:tcW w:type="dxa" w:w="4876"/>
          </w:tcPr>
          <w:p>
            <w:r>
              <w:rPr>
                <w:b/>
              </w:rPr>
              <w:t>Mysteriegåtan</w:t>
            </w:r>
          </w:p>
          <w:p>
            <w:r>
              <w:rPr>
                <w:sz w:val="17"/>
              </w:rPr>
              <w:t>En är spelledare och läser gåtan högt: Pim och Pom ligger döda på golvet bland vatten och glasskärvor. Fönstret står öppet. Vad har hänt?</w:t>
            </w:r>
          </w:p>
        </w:tc>
        <w:tc>
          <w:tcPr>
            <w:tcW w:type="dxa" w:w="1134"/>
          </w:tcPr>
          <w:p>
            <w:r>
              <w:t>4-6</w:t>
            </w:r>
          </w:p>
        </w:tc>
        <w:tc>
          <w:tcPr>
            <w:tcW w:type="dxa" w:w="680"/>
          </w:tcPr>
          <w:p>
            <w:r>
              <w:t>15</w:t>
            </w:r>
          </w:p>
        </w:tc>
        <w:tc>
          <w:tcPr>
            <w:tcW w:type="dxa" w:w="2494"/>
          </w:tcPr>
          <w:p>
            <w:r>
              <w:t>Inget</w:t>
            </w:r>
          </w:p>
        </w:tc>
      </w:tr>
    </w:tbl>
    <w:p>
      <w:pPr>
        <w:pStyle w:val="Heading2"/>
      </w:pPr>
      <w:r>
        <w:rPr>
          <w:color w:val="0E9AA7"/>
        </w:rPr>
        <w:t>Upptäcka (16)</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0E9AA7"/>
          </w:tcPr>
          <w:p>
            <w:r>
              <w:rPr>
                <w:b/>
                <w:color w:val="FFFFFF"/>
              </w:rPr>
              <w:t>Nr</w:t>
            </w:r>
          </w:p>
        </w:tc>
        <w:tc>
          <w:tcPr>
            <w:tcW w:type="dxa" w:w="4876"/>
            <w:shd w:val="clear" w:color="auto" w:fill="0E9AA7"/>
          </w:tcPr>
          <w:p>
            <w:r>
              <w:rPr>
                <w:b/>
                <w:color w:val="FFFFFF"/>
              </w:rPr>
              <w:t>Aktivitet</w:t>
            </w:r>
          </w:p>
        </w:tc>
        <w:tc>
          <w:tcPr>
            <w:tcW w:type="dxa" w:w="1134"/>
            <w:shd w:val="clear" w:color="auto" w:fill="0E9AA7"/>
          </w:tcPr>
          <w:p>
            <w:r>
              <w:rPr>
                <w:b/>
                <w:color w:val="FFFFFF"/>
              </w:rPr>
              <w:t>För</w:t>
            </w:r>
          </w:p>
        </w:tc>
        <w:tc>
          <w:tcPr>
            <w:tcW w:type="dxa" w:w="680"/>
            <w:shd w:val="clear" w:color="auto" w:fill="0E9AA7"/>
          </w:tcPr>
          <w:p>
            <w:r>
              <w:rPr>
                <w:b/>
                <w:color w:val="FFFFFF"/>
              </w:rPr>
              <w:t>Min</w:t>
            </w:r>
          </w:p>
        </w:tc>
        <w:tc>
          <w:tcPr>
            <w:tcW w:type="dxa" w:w="2494"/>
            <w:shd w:val="clear" w:color="auto" w:fill="0E9AA7"/>
          </w:tcPr>
          <w:p>
            <w:r>
              <w:rPr>
                <w:b/>
                <w:color w:val="FFFFFF"/>
              </w:rPr>
              <w:t>Material</w:t>
            </w:r>
          </w:p>
        </w:tc>
      </w:tr>
      <w:tr>
        <w:tc>
          <w:tcPr>
            <w:tcW w:type="dxa" w:w="680"/>
          </w:tcPr>
          <w:p>
            <w:r>
              <w:t>F069</w:t>
            </w:r>
          </w:p>
        </w:tc>
        <w:tc>
          <w:tcPr>
            <w:tcW w:type="dxa" w:w="4876"/>
          </w:tcPr>
          <w:p>
            <w:r>
              <w:rPr>
                <w:b/>
              </w:rPr>
              <w:t>Fallfällan</w:t>
            </w:r>
          </w:p>
          <w:p>
            <w:r>
              <w:rPr>
                <w:sz w:val="17"/>
              </w:rPr>
              <w:t>Gräv ner muggen så att kanten är exakt i nivå med marken. Lägg några löv i botten.</w:t>
            </w:r>
          </w:p>
        </w:tc>
        <w:tc>
          <w:tcPr>
            <w:tcW w:type="dxa" w:w="1134"/>
          </w:tcPr>
          <w:p>
            <w:r>
              <w:t>4-6</w:t>
            </w:r>
          </w:p>
        </w:tc>
        <w:tc>
          <w:tcPr>
            <w:tcW w:type="dxa" w:w="680"/>
          </w:tcPr>
          <w:p>
            <w:r>
              <w:t>20</w:t>
            </w:r>
          </w:p>
        </w:tc>
        <w:tc>
          <w:tcPr>
            <w:tcW w:type="dxa" w:w="2494"/>
          </w:tcPr>
          <w:p>
            <w:r>
              <w:t>En plastmugg, en spade, ett lock eller en plankbit, några löv, förstoringsglas</w:t>
            </w:r>
          </w:p>
        </w:tc>
      </w:tr>
      <w:tr>
        <w:tc>
          <w:tcPr>
            <w:tcW w:type="dxa" w:w="680"/>
          </w:tcPr>
          <w:p>
            <w:r>
              <w:t>F070</w:t>
            </w:r>
          </w:p>
        </w:tc>
        <w:tc>
          <w:tcPr>
            <w:tcW w:type="dxa" w:w="4876"/>
          </w:tcPr>
          <w:p>
            <w:r>
              <w:rPr>
                <w:b/>
              </w:rPr>
              <w:t>Stenvändaren</w:t>
            </w:r>
          </w:p>
          <w:p>
            <w:r>
              <w:rPr>
                <w:sz w:val="17"/>
              </w:rPr>
              <w:t>Vänd försiktigt på en sten eller en gammal planka. Vem bor därunder?</w:t>
            </w:r>
          </w:p>
        </w:tc>
        <w:tc>
          <w:tcPr>
            <w:tcW w:type="dxa" w:w="1134"/>
          </w:tcPr>
          <w:p>
            <w:r>
              <w:t>F-3</w:t>
            </w:r>
          </w:p>
        </w:tc>
        <w:tc>
          <w:tcPr>
            <w:tcW w:type="dxa" w:w="680"/>
          </w:tcPr>
          <w:p>
            <w:r>
              <w:t>15</w:t>
            </w:r>
          </w:p>
        </w:tc>
        <w:tc>
          <w:tcPr>
            <w:tcW w:type="dxa" w:w="2494"/>
          </w:tcPr>
          <w:p>
            <w:r>
              <w:t>En burk eller ett tråg, en sked, förstoringsglas</w:t>
            </w:r>
          </w:p>
        </w:tc>
      </w:tr>
      <w:tr>
        <w:tc>
          <w:tcPr>
            <w:tcW w:type="dxa" w:w="680"/>
          </w:tcPr>
          <w:p>
            <w:r>
              <w:t>F071</w:t>
            </w:r>
          </w:p>
        </w:tc>
        <w:tc>
          <w:tcPr>
            <w:tcW w:type="dxa" w:w="4876"/>
          </w:tcPr>
          <w:p>
            <w:r>
              <w:rPr>
                <w:b/>
              </w:rPr>
              <w:t>Förnatratten</w:t>
            </w:r>
          </w:p>
          <w:p>
            <w:r>
              <w:rPr>
                <w:sz w:val="17"/>
              </w:rPr>
              <w:t>Hämta en näve gamla, fuktiga löv och jord under ett träd. Det kallas förna.</w:t>
            </w:r>
          </w:p>
        </w:tc>
        <w:tc>
          <w:tcPr>
            <w:tcW w:type="dxa" w:w="1134"/>
          </w:tcPr>
          <w:p>
            <w:r>
              <w:t>4-6</w:t>
            </w:r>
          </w:p>
        </w:tc>
        <w:tc>
          <w:tcPr>
            <w:tcW w:type="dxa" w:w="680"/>
          </w:tcPr>
          <w:p>
            <w:r>
              <w:t>30</w:t>
            </w:r>
          </w:p>
        </w:tc>
        <w:tc>
          <w:tcPr>
            <w:tcW w:type="dxa" w:w="2494"/>
          </w:tcPr>
          <w:p>
            <w:r>
              <w:t>En tratt eller en avklippt PET-flaska, en burk, en skrivbordslampa, en näve gamla löv och jord, förstoringsglas</w:t>
            </w:r>
          </w:p>
        </w:tc>
      </w:tr>
      <w:tr>
        <w:tc>
          <w:tcPr>
            <w:tcW w:type="dxa" w:w="680"/>
          </w:tcPr>
          <w:p>
            <w:r>
              <w:t>F072</w:t>
            </w:r>
          </w:p>
        </w:tc>
        <w:tc>
          <w:tcPr>
            <w:tcW w:type="dxa" w:w="4876"/>
          </w:tcPr>
          <w:p>
            <w:r>
              <w:rPr>
                <w:b/>
              </w:rPr>
              <w:t>Regnmätaren</w:t>
            </w:r>
          </w:p>
          <w:p>
            <w:r>
              <w:rPr>
                <w:sz w:val="17"/>
              </w:rPr>
              <w:t>Lägg stenar i botten. Vänd den avskurna toppen och sätt den som en tratt i flaskan.</w:t>
            </w:r>
          </w:p>
        </w:tc>
        <w:tc>
          <w:tcPr>
            <w:tcW w:type="dxa" w:w="1134"/>
          </w:tcPr>
          <w:p>
            <w:r>
              <w:t>F-3 och 4-6</w:t>
            </w:r>
          </w:p>
        </w:tc>
        <w:tc>
          <w:tcPr>
            <w:tcW w:type="dxa" w:w="680"/>
          </w:tcPr>
          <w:p>
            <w:r>
              <w:t>20</w:t>
            </w:r>
          </w:p>
        </w:tc>
        <w:tc>
          <w:tcPr>
            <w:tcW w:type="dxa" w:w="2494"/>
          </w:tcPr>
          <w:p>
            <w:r>
              <w:t>En PET-flaska med raka sidor, linjal, tejp, några stenar</w:t>
            </w:r>
          </w:p>
        </w:tc>
      </w:tr>
      <w:tr>
        <w:tc>
          <w:tcPr>
            <w:tcW w:type="dxa" w:w="680"/>
          </w:tcPr>
          <w:p>
            <w:r>
              <w:t>F073</w:t>
            </w:r>
          </w:p>
        </w:tc>
        <w:tc>
          <w:tcPr>
            <w:tcW w:type="dxa" w:w="4876"/>
          </w:tcPr>
          <w:p>
            <w:r>
              <w:rPr>
                <w:b/>
              </w:rPr>
              <w:t>Issmältartävlingen</w:t>
            </w:r>
          </w:p>
          <w:p>
            <w:r>
              <w:rPr>
                <w:sz w:val="17"/>
              </w:rPr>
              <w:t>Lägg en isbit i varje glas. Gissa först: vad smälter isen snabbast, salt, socker eller sand?</w:t>
            </w:r>
          </w:p>
        </w:tc>
        <w:tc>
          <w:tcPr>
            <w:tcW w:type="dxa" w:w="1134"/>
          </w:tcPr>
          <w:p>
            <w:r>
              <w:t>F-3 och 4-6</w:t>
            </w:r>
          </w:p>
        </w:tc>
        <w:tc>
          <w:tcPr>
            <w:tcW w:type="dxa" w:w="680"/>
          </w:tcPr>
          <w:p>
            <w:r>
              <w:t>30</w:t>
            </w:r>
          </w:p>
        </w:tc>
        <w:tc>
          <w:tcPr>
            <w:tcW w:type="dxa" w:w="2494"/>
          </w:tcPr>
          <w:p>
            <w:r>
              <w:t>Fyra lika stora isbitar, fyra glas, salt, socker, sand, en tesked</w:t>
            </w:r>
          </w:p>
        </w:tc>
      </w:tr>
      <w:tr>
        <w:tc>
          <w:tcPr>
            <w:tcW w:type="dxa" w:w="680"/>
          </w:tcPr>
          <w:p>
            <w:r>
              <w:t>F074</w:t>
            </w:r>
          </w:p>
        </w:tc>
        <w:tc>
          <w:tcPr>
            <w:tcW w:type="dxa" w:w="4876"/>
          </w:tcPr>
          <w:p>
            <w:r>
              <w:rPr>
                <w:b/>
              </w:rPr>
              <w:t>Snöflingefångaren</w:t>
            </w:r>
          </w:p>
          <w:p>
            <w:r>
              <w:rPr>
                <w:sz w:val="17"/>
              </w:rPr>
              <w:t>Lägg det mörka tyget ute en stund så att det blir kallt. Annars smälter flingorna direkt.</w:t>
            </w:r>
          </w:p>
        </w:tc>
        <w:tc>
          <w:tcPr>
            <w:tcW w:type="dxa" w:w="1134"/>
          </w:tcPr>
          <w:p>
            <w:r>
              <w:t>F-3 och 4-6</w:t>
            </w:r>
          </w:p>
        </w:tc>
        <w:tc>
          <w:tcPr>
            <w:tcW w:type="dxa" w:w="680"/>
          </w:tcPr>
          <w:p>
            <w:r>
              <w:t>15</w:t>
            </w:r>
          </w:p>
        </w:tc>
        <w:tc>
          <w:tcPr>
            <w:tcW w:type="dxa" w:w="2494"/>
          </w:tcPr>
          <w:p>
            <w:r>
              <w:t>En mörk vante, mössa eller tygbit, förstoringsglas</w:t>
            </w:r>
          </w:p>
        </w:tc>
      </w:tr>
      <w:tr>
        <w:tc>
          <w:tcPr>
            <w:tcW w:type="dxa" w:w="680"/>
          </w:tcPr>
          <w:p>
            <w:r>
              <w:t>F075</w:t>
            </w:r>
          </w:p>
        </w:tc>
        <w:tc>
          <w:tcPr>
            <w:tcW w:type="dxa" w:w="4876"/>
          </w:tcPr>
          <w:p>
            <w:r>
              <w:rPr>
                <w:b/>
              </w:rPr>
              <w:t>Spårtunneln</w:t>
            </w:r>
          </w:p>
          <w:p>
            <w:r>
              <w:rPr>
                <w:sz w:val="17"/>
              </w:rPr>
              <w:t>Vik kartongen till en trekantig tunnel. Tejpa papper i botten och en skål med bete i mitten.</w:t>
            </w:r>
          </w:p>
        </w:tc>
        <w:tc>
          <w:tcPr>
            <w:tcW w:type="dxa" w:w="1134"/>
          </w:tcPr>
          <w:p>
            <w:r>
              <w:t>F-3 och 4-6</w:t>
            </w:r>
          </w:p>
        </w:tc>
        <w:tc>
          <w:tcPr>
            <w:tcW w:type="dxa" w:w="680"/>
          </w:tcPr>
          <w:p>
            <w:r>
              <w:t>30</w:t>
            </w:r>
          </w:p>
        </w:tc>
        <w:tc>
          <w:tcPr>
            <w:tcW w:type="dxa" w:w="2494"/>
          </w:tcPr>
          <w:p>
            <w:r>
              <w:t>Kartong, papper, maskeringstejp, snöre, matolja, aktivt kol i pulver, en liten skål, en tesked kattmat som bete (inköp)</w:t>
            </w:r>
          </w:p>
        </w:tc>
      </w:tr>
      <w:tr>
        <w:tc>
          <w:tcPr>
            <w:tcW w:type="dxa" w:w="680"/>
          </w:tcPr>
          <w:p>
            <w:r>
              <w:t>F076</w:t>
            </w:r>
          </w:p>
        </w:tc>
        <w:tc>
          <w:tcPr>
            <w:tcW w:type="dxa" w:w="4876"/>
          </w:tcPr>
          <w:p>
            <w:r>
              <w:rPr>
                <w:b/>
              </w:rPr>
              <w:t>Fågelräkningen</w:t>
            </w:r>
          </w:p>
          <w:p>
            <w:r>
              <w:rPr>
                <w:sz w:val="17"/>
              </w:rPr>
              <w:t>Sätt dig still vid fågelmataren eller ett fönster med utsikt i 20 minuter.</w:t>
            </w:r>
          </w:p>
        </w:tc>
        <w:tc>
          <w:tcPr>
            <w:tcW w:type="dxa" w:w="1134"/>
          </w:tcPr>
          <w:p>
            <w:r>
              <w:t>4-6</w:t>
            </w:r>
          </w:p>
        </w:tc>
        <w:tc>
          <w:tcPr>
            <w:tcW w:type="dxa" w:w="680"/>
          </w:tcPr>
          <w:p>
            <w:r>
              <w:t>30</w:t>
            </w:r>
          </w:p>
        </w:tc>
        <w:tc>
          <w:tcPr>
            <w:tcW w:type="dxa" w:w="2494"/>
          </w:tcPr>
          <w:p>
            <w:r>
              <w:t>Papper, penna, bildark med vinterfåglar, gärna kikare</w:t>
            </w:r>
          </w:p>
        </w:tc>
      </w:tr>
      <w:tr>
        <w:tc>
          <w:tcPr>
            <w:tcW w:type="dxa" w:w="680"/>
          </w:tcPr>
          <w:p>
            <w:r>
              <w:t>F077</w:t>
            </w:r>
          </w:p>
        </w:tc>
        <w:tc>
          <w:tcPr>
            <w:tcW w:type="dxa" w:w="4876"/>
          </w:tcPr>
          <w:p>
            <w:r>
              <w:rPr>
                <w:b/>
              </w:rPr>
              <w:t>Skuggfiguren</w:t>
            </w:r>
          </w:p>
          <w:p>
            <w:r>
              <w:rPr>
                <w:sz w:val="17"/>
              </w:rPr>
              <w:t>Ställ dig på asfalten. Kompisen ritar runt dina fötter och runt din skugga med krita.</w:t>
            </w:r>
          </w:p>
        </w:tc>
        <w:tc>
          <w:tcPr>
            <w:tcW w:type="dxa" w:w="1134"/>
          </w:tcPr>
          <w:p>
            <w:r>
              <w:t>F-3</w:t>
            </w:r>
          </w:p>
        </w:tc>
        <w:tc>
          <w:tcPr>
            <w:tcW w:type="dxa" w:w="680"/>
          </w:tcPr>
          <w:p>
            <w:r>
              <w:t>15</w:t>
            </w:r>
          </w:p>
        </w:tc>
        <w:tc>
          <w:tcPr>
            <w:tcW w:type="dxa" w:w="2494"/>
          </w:tcPr>
          <w:p>
            <w:r>
              <w:t>Kritor, asfalt och en solig dag</w:t>
            </w:r>
          </w:p>
        </w:tc>
      </w:tr>
      <w:tr>
        <w:tc>
          <w:tcPr>
            <w:tcW w:type="dxa" w:w="680"/>
          </w:tcPr>
          <w:p>
            <w:r>
              <w:t>F078</w:t>
            </w:r>
          </w:p>
        </w:tc>
        <w:tc>
          <w:tcPr>
            <w:tcW w:type="dxa" w:w="4876"/>
          </w:tcPr>
          <w:p>
            <w:r>
              <w:rPr>
                <w:b/>
              </w:rPr>
              <w:t>Droppmyntet</w:t>
            </w:r>
          </w:p>
          <w:p>
            <w:r>
              <w:rPr>
                <w:sz w:val="17"/>
              </w:rPr>
              <w:t>Lägg myntet på bordet. Gissa: hur många droppar vatten får plats på det innan det rinner över?</w:t>
            </w:r>
          </w:p>
        </w:tc>
        <w:tc>
          <w:tcPr>
            <w:tcW w:type="dxa" w:w="1134"/>
          </w:tcPr>
          <w:p>
            <w:r>
              <w:t>4-6</w:t>
            </w:r>
          </w:p>
        </w:tc>
        <w:tc>
          <w:tcPr>
            <w:tcW w:type="dxa" w:w="680"/>
          </w:tcPr>
          <w:p>
            <w:r>
              <w:t>20</w:t>
            </w:r>
          </w:p>
        </w:tc>
        <w:tc>
          <w:tcPr>
            <w:tcW w:type="dxa" w:w="2494"/>
          </w:tcPr>
          <w:p>
            <w:r>
              <w:t>Ett mynt, en pipett eller ett sugrör, ett glas vatten, diskmedel, hushållspapper</w:t>
            </w:r>
          </w:p>
        </w:tc>
      </w:tr>
      <w:tr>
        <w:tc>
          <w:tcPr>
            <w:tcW w:type="dxa" w:w="680"/>
          </w:tcPr>
          <w:p>
            <w:r>
              <w:t>F079</w:t>
            </w:r>
          </w:p>
        </w:tc>
        <w:tc>
          <w:tcPr>
            <w:tcW w:type="dxa" w:w="4876"/>
          </w:tcPr>
          <w:p>
            <w:r>
              <w:rPr>
                <w:b/>
              </w:rPr>
              <w:t>Fröflygarna</w:t>
            </w:r>
          </w:p>
          <w:p>
            <w:r>
              <w:rPr>
                <w:sz w:val="17"/>
              </w:rPr>
              <w:t>Samla frön som kan flyga, till exempel lönnens propellrar.</w:t>
            </w:r>
          </w:p>
        </w:tc>
        <w:tc>
          <w:tcPr>
            <w:tcW w:type="dxa" w:w="1134"/>
          </w:tcPr>
          <w:p>
            <w:r>
              <w:t>F-3</w:t>
            </w:r>
          </w:p>
        </w:tc>
        <w:tc>
          <w:tcPr>
            <w:tcW w:type="dxa" w:w="680"/>
          </w:tcPr>
          <w:p>
            <w:r>
              <w:t>25</w:t>
            </w:r>
          </w:p>
        </w:tc>
        <w:tc>
          <w:tcPr>
            <w:tcW w:type="dxa" w:w="2494"/>
          </w:tcPr>
          <w:p>
            <w:r>
              <w:t>Frön från skolgården, till exempel lönn, björk och lind. Papper, sax, gem</w:t>
            </w:r>
          </w:p>
        </w:tc>
      </w:tr>
      <w:tr>
        <w:tc>
          <w:tcPr>
            <w:tcW w:type="dxa" w:w="680"/>
          </w:tcPr>
          <w:p>
            <w:r>
              <w:t>F080</w:t>
            </w:r>
          </w:p>
        </w:tc>
        <w:tc>
          <w:tcPr>
            <w:tcW w:type="dxa" w:w="4876"/>
          </w:tcPr>
          <w:p>
            <w:r>
              <w:rPr>
                <w:b/>
              </w:rPr>
              <w:t>Bönan i burken</w:t>
            </w:r>
          </w:p>
          <w:p>
            <w:r>
              <w:rPr>
                <w:sz w:val="17"/>
              </w:rPr>
              <w:t>Lägg hushållspapper runt insidan av glaset. Stoppa in en böna mellan papperet och glaset.</w:t>
            </w:r>
          </w:p>
        </w:tc>
        <w:tc>
          <w:tcPr>
            <w:tcW w:type="dxa" w:w="1134"/>
          </w:tcPr>
          <w:p>
            <w:r>
              <w:t>F-3</w:t>
            </w:r>
          </w:p>
        </w:tc>
        <w:tc>
          <w:tcPr>
            <w:tcW w:type="dxa" w:w="680"/>
          </w:tcPr>
          <w:p>
            <w:r>
              <w:t>10</w:t>
            </w:r>
          </w:p>
        </w:tc>
        <w:tc>
          <w:tcPr>
            <w:tcW w:type="dxa" w:w="2494"/>
          </w:tcPr>
          <w:p>
            <w:r>
              <w:t>Ett genomskinligt glas, hushållspapper, torkade bönor (inköp)</w:t>
            </w:r>
          </w:p>
        </w:tc>
      </w:tr>
      <w:tr>
        <w:tc>
          <w:tcPr>
            <w:tcW w:type="dxa" w:w="680"/>
          </w:tcPr>
          <w:p>
            <w:r>
              <w:t>F081</w:t>
            </w:r>
          </w:p>
        </w:tc>
        <w:tc>
          <w:tcPr>
            <w:tcW w:type="dxa" w:w="4876"/>
          </w:tcPr>
          <w:p>
            <w:r>
              <w:rPr>
                <w:b/>
              </w:rPr>
              <w:t>Myrornas meny</w:t>
            </w:r>
          </w:p>
          <w:p>
            <w:r>
              <w:rPr>
                <w:sz w:val="17"/>
              </w:rPr>
              <w:t>Hitta en myrstig. Rita fem ringar på papperet och lägg en sorts mat i varje ring.</w:t>
            </w:r>
          </w:p>
        </w:tc>
        <w:tc>
          <w:tcPr>
            <w:tcW w:type="dxa" w:w="1134"/>
          </w:tcPr>
          <w:p>
            <w:r>
              <w:t>F-3</w:t>
            </w:r>
          </w:p>
        </w:tc>
        <w:tc>
          <w:tcPr>
            <w:tcW w:type="dxa" w:w="680"/>
          </w:tcPr>
          <w:p>
            <w:r>
              <w:t>30</w:t>
            </w:r>
          </w:p>
        </w:tc>
        <w:tc>
          <w:tcPr>
            <w:tcW w:type="dxa" w:w="2494"/>
          </w:tcPr>
          <w:p>
            <w:r>
              <w:t>Ett papper, en penna och smulor av olika mat: socker, bröd, ost, frön, en droppe olja</w:t>
            </w:r>
          </w:p>
        </w:tc>
      </w:tr>
      <w:tr>
        <w:tc>
          <w:tcPr>
            <w:tcW w:type="dxa" w:w="680"/>
          </w:tcPr>
          <w:p>
            <w:r>
              <w:t>F082</w:t>
            </w:r>
          </w:p>
        </w:tc>
        <w:tc>
          <w:tcPr>
            <w:tcW w:type="dxa" w:w="4876"/>
          </w:tcPr>
          <w:p>
            <w:r>
              <w:rPr>
                <w:b/>
              </w:rPr>
              <w:t>Järnsandsjakten</w:t>
            </w:r>
          </w:p>
          <w:p>
            <w:r>
              <w:rPr>
                <w:sz w:val="17"/>
              </w:rPr>
              <w:t>Stoppa magneten i plastpåsen. Dra den fram och tillbaka genom sanden i sandlådan.</w:t>
            </w:r>
          </w:p>
        </w:tc>
        <w:tc>
          <w:tcPr>
            <w:tcW w:type="dxa" w:w="1134"/>
          </w:tcPr>
          <w:p>
            <w:r>
              <w:t>F-3 och 4-6</w:t>
            </w:r>
          </w:p>
        </w:tc>
        <w:tc>
          <w:tcPr>
            <w:tcW w:type="dxa" w:w="680"/>
          </w:tcPr>
          <w:p>
            <w:r>
              <w:t>20</w:t>
            </w:r>
          </w:p>
        </w:tc>
        <w:tc>
          <w:tcPr>
            <w:tcW w:type="dxa" w:w="2494"/>
          </w:tcPr>
          <w:p>
            <w:r>
              <w:t>En stark magnet, en plastpåse, ett vitt papper, förstoringsglas</w:t>
            </w:r>
          </w:p>
        </w:tc>
      </w:tr>
      <w:tr>
        <w:tc>
          <w:tcPr>
            <w:tcW w:type="dxa" w:w="680"/>
          </w:tcPr>
          <w:p>
            <w:r>
              <w:t>F083</w:t>
            </w:r>
          </w:p>
        </w:tc>
        <w:tc>
          <w:tcPr>
            <w:tcW w:type="dxa" w:w="4876"/>
          </w:tcPr>
          <w:p>
            <w:r>
              <w:rPr>
                <w:b/>
              </w:rPr>
              <w:t>Värmejakten</w:t>
            </w:r>
          </w:p>
          <w:p>
            <w:r>
              <w:rPr>
                <w:sz w:val="17"/>
              </w:rPr>
              <w:t>Gissa först: var på skolgården är det varmast just nu, och var är det kallast?</w:t>
            </w:r>
          </w:p>
        </w:tc>
        <w:tc>
          <w:tcPr>
            <w:tcW w:type="dxa" w:w="1134"/>
          </w:tcPr>
          <w:p>
            <w:r>
              <w:t>4-6</w:t>
            </w:r>
          </w:p>
        </w:tc>
        <w:tc>
          <w:tcPr>
            <w:tcW w:type="dxa" w:w="680"/>
          </w:tcPr>
          <w:p>
            <w:r>
              <w:t>30</w:t>
            </w:r>
          </w:p>
        </w:tc>
        <w:tc>
          <w:tcPr>
            <w:tcW w:type="dxa" w:w="2494"/>
          </w:tcPr>
          <w:p>
            <w:r>
              <w:t>En termometer, papper och penna, gärna en karta över skolgården</w:t>
            </w:r>
          </w:p>
        </w:tc>
      </w:tr>
      <w:tr>
        <w:tc>
          <w:tcPr>
            <w:tcW w:type="dxa" w:w="680"/>
          </w:tcPr>
          <w:p>
            <w:r>
              <w:t>F084</w:t>
            </w:r>
          </w:p>
        </w:tc>
        <w:tc>
          <w:tcPr>
            <w:tcW w:type="dxa" w:w="4876"/>
          </w:tcPr>
          <w:p>
            <w:r>
              <w:rPr>
                <w:b/>
              </w:rPr>
              <w:t>Kvadratmetern</w:t>
            </w:r>
          </w:p>
          <w:p>
            <w:r>
              <w:rPr>
                <w:sz w:val="17"/>
              </w:rPr>
              <w:t>Gör en ruta med pinnarna och snöret, en meter på varje sida.</w:t>
            </w:r>
          </w:p>
        </w:tc>
        <w:tc>
          <w:tcPr>
            <w:tcW w:type="dxa" w:w="1134"/>
          </w:tcPr>
          <w:p>
            <w:r>
              <w:t>F-3 och 4-6</w:t>
            </w:r>
          </w:p>
        </w:tc>
        <w:tc>
          <w:tcPr>
            <w:tcW w:type="dxa" w:w="680"/>
          </w:tcPr>
          <w:p>
            <w:r>
              <w:t>30</w:t>
            </w:r>
          </w:p>
        </w:tc>
        <w:tc>
          <w:tcPr>
            <w:tcW w:type="dxa" w:w="2494"/>
          </w:tcPr>
          <w:p>
            <w:r>
              <w:t>Ett snöre på fyra meter, fyra pinnar, förstoringsglas, papper och penna</w:t>
            </w:r>
          </w:p>
        </w:tc>
      </w:tr>
    </w:tbl>
    <w:p>
      <w:pPr>
        <w:pStyle w:val="Heading2"/>
      </w:pPr>
      <w:r>
        <w:rPr>
          <w:color w:val="4F86E8"/>
        </w:rPr>
        <w:t>Lugn stund (16)</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680"/>
            <w:shd w:val="clear" w:color="auto" w:fill="4F86E8"/>
          </w:tcPr>
          <w:p>
            <w:r>
              <w:rPr>
                <w:b/>
                <w:color w:val="FFFFFF"/>
              </w:rPr>
              <w:t>Nr</w:t>
            </w:r>
          </w:p>
        </w:tc>
        <w:tc>
          <w:tcPr>
            <w:tcW w:type="dxa" w:w="4876"/>
            <w:shd w:val="clear" w:color="auto" w:fill="4F86E8"/>
          </w:tcPr>
          <w:p>
            <w:r>
              <w:rPr>
                <w:b/>
                <w:color w:val="FFFFFF"/>
              </w:rPr>
              <w:t>Aktivitet</w:t>
            </w:r>
          </w:p>
        </w:tc>
        <w:tc>
          <w:tcPr>
            <w:tcW w:type="dxa" w:w="1134"/>
            <w:shd w:val="clear" w:color="auto" w:fill="4F86E8"/>
          </w:tcPr>
          <w:p>
            <w:r>
              <w:rPr>
                <w:b/>
                <w:color w:val="FFFFFF"/>
              </w:rPr>
              <w:t>För</w:t>
            </w:r>
          </w:p>
        </w:tc>
        <w:tc>
          <w:tcPr>
            <w:tcW w:type="dxa" w:w="680"/>
            <w:shd w:val="clear" w:color="auto" w:fill="4F86E8"/>
          </w:tcPr>
          <w:p>
            <w:r>
              <w:rPr>
                <w:b/>
                <w:color w:val="FFFFFF"/>
              </w:rPr>
              <w:t>Min</w:t>
            </w:r>
          </w:p>
        </w:tc>
        <w:tc>
          <w:tcPr>
            <w:tcW w:type="dxa" w:w="2494"/>
            <w:shd w:val="clear" w:color="auto" w:fill="4F86E8"/>
          </w:tcPr>
          <w:p>
            <w:r>
              <w:rPr>
                <w:b/>
                <w:color w:val="FFFFFF"/>
              </w:rPr>
              <w:t>Material</w:t>
            </w:r>
          </w:p>
        </w:tc>
      </w:tr>
      <w:tr>
        <w:tc>
          <w:tcPr>
            <w:tcW w:type="dxa" w:w="680"/>
          </w:tcPr>
          <w:p>
            <w:r>
              <w:t>F085</w:t>
            </w:r>
          </w:p>
        </w:tc>
        <w:tc>
          <w:tcPr>
            <w:tcW w:type="dxa" w:w="4876"/>
          </w:tcPr>
          <w:p>
            <w:r>
              <w:rPr>
                <w:b/>
              </w:rPr>
              <w:t>Listboken</w:t>
            </w:r>
          </w:p>
          <w:p>
            <w:r>
              <w:rPr>
                <w:sz w:val="17"/>
              </w:rPr>
              <w:t>Skriv en rubrik i häftet: Topp 5 bästa godis, Platser jag vill åka till, Saker som gör mig arg.</w:t>
            </w:r>
          </w:p>
        </w:tc>
        <w:tc>
          <w:tcPr>
            <w:tcW w:type="dxa" w:w="1134"/>
          </w:tcPr>
          <w:p>
            <w:r>
              <w:t>F-3 och 4-6</w:t>
            </w:r>
          </w:p>
        </w:tc>
        <w:tc>
          <w:tcPr>
            <w:tcW w:type="dxa" w:w="680"/>
          </w:tcPr>
          <w:p>
            <w:r>
              <w:t>15</w:t>
            </w:r>
          </w:p>
        </w:tc>
        <w:tc>
          <w:tcPr>
            <w:tcW w:type="dxa" w:w="2494"/>
          </w:tcPr>
          <w:p>
            <w:r>
              <w:t>Ett eget häfte, penna</w:t>
            </w:r>
          </w:p>
        </w:tc>
      </w:tr>
      <w:tr>
        <w:tc>
          <w:tcPr>
            <w:tcW w:type="dxa" w:w="680"/>
          </w:tcPr>
          <w:p>
            <w:r>
              <w:t>F086</w:t>
            </w:r>
          </w:p>
        </w:tc>
        <w:tc>
          <w:tcPr>
            <w:tcW w:type="dxa" w:w="4876"/>
          </w:tcPr>
          <w:p>
            <w:r>
              <w:rPr>
                <w:b/>
              </w:rPr>
              <w:t>Spanarboken</w:t>
            </w:r>
          </w:p>
          <w:p>
            <w:r>
              <w:rPr>
                <w:sz w:val="17"/>
              </w:rPr>
              <w:t>Sätt dig vid ett fönster eller på en bänk där du ser människor eller fåglar.</w:t>
            </w:r>
          </w:p>
        </w:tc>
        <w:tc>
          <w:tcPr>
            <w:tcW w:type="dxa" w:w="1134"/>
          </w:tcPr>
          <w:p>
            <w:r>
              <w:t>F-3 och 4-6</w:t>
            </w:r>
          </w:p>
        </w:tc>
        <w:tc>
          <w:tcPr>
            <w:tcW w:type="dxa" w:w="680"/>
          </w:tcPr>
          <w:p>
            <w:r>
              <w:t>15</w:t>
            </w:r>
          </w:p>
        </w:tc>
        <w:tc>
          <w:tcPr>
            <w:tcW w:type="dxa" w:w="2494"/>
          </w:tcPr>
          <w:p>
            <w:r>
              <w:t>Anteckningsbok, penna</w:t>
            </w:r>
          </w:p>
        </w:tc>
      </w:tr>
      <w:tr>
        <w:tc>
          <w:tcPr>
            <w:tcW w:type="dxa" w:w="680"/>
          </w:tcPr>
          <w:p>
            <w:r>
              <w:t>F087</w:t>
            </w:r>
          </w:p>
        </w:tc>
        <w:tc>
          <w:tcPr>
            <w:tcW w:type="dxa" w:w="4876"/>
          </w:tcPr>
          <w:p>
            <w:r>
              <w:rPr>
                <w:b/>
              </w:rPr>
              <w:t>Bildmänniskan</w:t>
            </w:r>
          </w:p>
          <w:p>
            <w:r>
              <w:rPr>
                <w:sz w:val="17"/>
              </w:rPr>
              <w:t>Klipp ut en bild på en person ur en gammal tidning.</w:t>
            </w:r>
          </w:p>
        </w:tc>
        <w:tc>
          <w:tcPr>
            <w:tcW w:type="dxa" w:w="1134"/>
          </w:tcPr>
          <w:p>
            <w:r>
              <w:t>F-3 och 4-6</w:t>
            </w:r>
          </w:p>
        </w:tc>
        <w:tc>
          <w:tcPr>
            <w:tcW w:type="dxa" w:w="680"/>
          </w:tcPr>
          <w:p>
            <w:r>
              <w:t>20</w:t>
            </w:r>
          </w:p>
        </w:tc>
        <w:tc>
          <w:tcPr>
            <w:tcW w:type="dxa" w:w="2494"/>
          </w:tcPr>
          <w:p>
            <w:r>
              <w:t>Gamla tidningar och reklamblad, sax, lim, papper, penna</w:t>
            </w:r>
          </w:p>
        </w:tc>
      </w:tr>
      <w:tr>
        <w:tc>
          <w:tcPr>
            <w:tcW w:type="dxa" w:w="680"/>
          </w:tcPr>
          <w:p>
            <w:r>
              <w:t>F088</w:t>
            </w:r>
          </w:p>
        </w:tc>
        <w:tc>
          <w:tcPr>
            <w:tcW w:type="dxa" w:w="4876"/>
          </w:tcPr>
          <w:p>
            <w:r>
              <w:rPr>
                <w:b/>
              </w:rPr>
              <w:t>Läsbingon</w:t>
            </w:r>
          </w:p>
          <w:p>
            <w:r>
              <w:rPr>
                <w:sz w:val="17"/>
              </w:rPr>
              <w:t>Rita en bingobricka med tre gånger tre rutor.</w:t>
            </w:r>
          </w:p>
        </w:tc>
        <w:tc>
          <w:tcPr>
            <w:tcW w:type="dxa" w:w="1134"/>
          </w:tcPr>
          <w:p>
            <w:r>
              <w:t>F-3 och 4-6</w:t>
            </w:r>
          </w:p>
        </w:tc>
        <w:tc>
          <w:tcPr>
            <w:tcW w:type="dxa" w:w="680"/>
          </w:tcPr>
          <w:p>
            <w:r>
              <w:t>30</w:t>
            </w:r>
          </w:p>
        </w:tc>
        <w:tc>
          <w:tcPr>
            <w:tcW w:type="dxa" w:w="2494"/>
          </w:tcPr>
          <w:p>
            <w:r>
              <w:t>Papper, penna, böcker</w:t>
            </w:r>
          </w:p>
        </w:tc>
      </w:tr>
      <w:tr>
        <w:tc>
          <w:tcPr>
            <w:tcW w:type="dxa" w:w="680"/>
          </w:tcPr>
          <w:p>
            <w:r>
              <w:t>F089</w:t>
            </w:r>
          </w:p>
        </w:tc>
        <w:tc>
          <w:tcPr>
            <w:tcW w:type="dxa" w:w="4876"/>
          </w:tcPr>
          <w:p>
            <w:r>
              <w:rPr>
                <w:b/>
              </w:rPr>
              <w:t>Faktakortet</w:t>
            </w:r>
          </w:p>
          <w:p>
            <w:r>
              <w:rPr>
                <w:sz w:val="17"/>
              </w:rPr>
              <w:t>Välj en faktabok om något du gillar, till exempel hajar, rymden eller fotboll.</w:t>
            </w:r>
          </w:p>
        </w:tc>
        <w:tc>
          <w:tcPr>
            <w:tcW w:type="dxa" w:w="1134"/>
          </w:tcPr>
          <w:p>
            <w:r>
              <w:t>F-3 och 4-6</w:t>
            </w:r>
          </w:p>
        </w:tc>
        <w:tc>
          <w:tcPr>
            <w:tcW w:type="dxa" w:w="680"/>
          </w:tcPr>
          <w:p>
            <w:r>
              <w:t>25</w:t>
            </w:r>
          </w:p>
        </w:tc>
        <w:tc>
          <w:tcPr>
            <w:tcW w:type="dxa" w:w="2494"/>
          </w:tcPr>
          <w:p>
            <w:r>
              <w:t>Faktaböcker, kartongbitar, pennor</w:t>
            </w:r>
          </w:p>
        </w:tc>
      </w:tr>
      <w:tr>
        <w:tc>
          <w:tcPr>
            <w:tcW w:type="dxa" w:w="680"/>
          </w:tcPr>
          <w:p>
            <w:r>
              <w:t>F090</w:t>
            </w:r>
          </w:p>
        </w:tc>
        <w:tc>
          <w:tcPr>
            <w:tcW w:type="dxa" w:w="4876"/>
          </w:tcPr>
          <w:p>
            <w:r>
              <w:rPr>
                <w:b/>
              </w:rPr>
              <w:t>Sagohörnan</w:t>
            </w:r>
          </w:p>
          <w:p>
            <w:r>
              <w:rPr>
                <w:sz w:val="17"/>
              </w:rPr>
              <w:t>Sätt på hörlurarna och lägg dig bekvämt.</w:t>
            </w:r>
          </w:p>
        </w:tc>
        <w:tc>
          <w:tcPr>
            <w:tcW w:type="dxa" w:w="1134"/>
          </w:tcPr>
          <w:p>
            <w:r>
              <w:t>F-3</w:t>
            </w:r>
          </w:p>
        </w:tc>
        <w:tc>
          <w:tcPr>
            <w:tcW w:type="dxa" w:w="680"/>
          </w:tcPr>
          <w:p>
            <w:r>
              <w:t>20</w:t>
            </w:r>
          </w:p>
        </w:tc>
        <w:tc>
          <w:tcPr>
            <w:tcW w:type="dxa" w:w="2494"/>
          </w:tcPr>
          <w:p>
            <w:r>
              <w:t>Dator eller surfplatta, hörlurar (delningsdosa om ni är flera), papper och kritor</w:t>
            </w:r>
          </w:p>
        </w:tc>
      </w:tr>
      <w:tr>
        <w:tc>
          <w:tcPr>
            <w:tcW w:type="dxa" w:w="680"/>
          </w:tcPr>
          <w:p>
            <w:r>
              <w:t>F091</w:t>
            </w:r>
          </w:p>
        </w:tc>
        <w:tc>
          <w:tcPr>
            <w:tcW w:type="dxa" w:w="4876"/>
          </w:tcPr>
          <w:p>
            <w:r>
              <w:rPr>
                <w:b/>
              </w:rPr>
              <w:t>Läskojan</w:t>
            </w:r>
          </w:p>
          <w:p>
            <w:r>
              <w:rPr>
                <w:sz w:val="17"/>
              </w:rPr>
              <w:t>Bygg en koja av stolar och filtar.</w:t>
            </w:r>
          </w:p>
        </w:tc>
        <w:tc>
          <w:tcPr>
            <w:tcW w:type="dxa" w:w="1134"/>
          </w:tcPr>
          <w:p>
            <w:r>
              <w:t>F-3</w:t>
            </w:r>
          </w:p>
        </w:tc>
        <w:tc>
          <w:tcPr>
            <w:tcW w:type="dxa" w:w="680"/>
          </w:tcPr>
          <w:p>
            <w:r>
              <w:t>30</w:t>
            </w:r>
          </w:p>
        </w:tc>
        <w:tc>
          <w:tcPr>
            <w:tcW w:type="dxa" w:w="2494"/>
          </w:tcPr>
          <w:p>
            <w:r>
              <w:t>Stolar, filtar, kuddar, en ficklampa, böcker</w:t>
            </w:r>
          </w:p>
        </w:tc>
      </w:tr>
      <w:tr>
        <w:tc>
          <w:tcPr>
            <w:tcW w:type="dxa" w:w="680"/>
          </w:tcPr>
          <w:p>
            <w:r>
              <w:t>F092</w:t>
            </w:r>
          </w:p>
        </w:tc>
        <w:tc>
          <w:tcPr>
            <w:tcW w:type="dxa" w:w="4876"/>
          </w:tcPr>
          <w:p>
            <w:r>
              <w:rPr>
                <w:b/>
              </w:rPr>
              <w:t>Djur för en dag</w:t>
            </w:r>
          </w:p>
          <w:p>
            <w:r>
              <w:rPr>
                <w:sz w:val="17"/>
              </w:rPr>
              <w:t>Välj ett djur du skulle vilja vara en hel dag.</w:t>
            </w:r>
          </w:p>
        </w:tc>
        <w:tc>
          <w:tcPr>
            <w:tcW w:type="dxa" w:w="1134"/>
          </w:tcPr>
          <w:p>
            <w:r>
              <w:t>F-3</w:t>
            </w:r>
          </w:p>
        </w:tc>
        <w:tc>
          <w:tcPr>
            <w:tcW w:type="dxa" w:w="680"/>
          </w:tcPr>
          <w:p>
            <w:r>
              <w:t>20</w:t>
            </w:r>
          </w:p>
        </w:tc>
        <w:tc>
          <w:tcPr>
            <w:tcW w:type="dxa" w:w="2494"/>
          </w:tcPr>
          <w:p>
            <w:r>
              <w:t>Papper, pennor</w:t>
            </w:r>
          </w:p>
        </w:tc>
      </w:tr>
      <w:tr>
        <w:tc>
          <w:tcPr>
            <w:tcW w:type="dxa" w:w="680"/>
          </w:tcPr>
          <w:p>
            <w:r>
              <w:t>F093</w:t>
            </w:r>
          </w:p>
        </w:tc>
        <w:tc>
          <w:tcPr>
            <w:tcW w:type="dxa" w:w="4876"/>
          </w:tcPr>
          <w:p>
            <w:r>
              <w:rPr>
                <w:b/>
              </w:rPr>
              <w:t>Samlarlådan</w:t>
            </w:r>
          </w:p>
          <w:p>
            <w:r>
              <w:rPr>
                <w:sz w:val="17"/>
              </w:rPr>
              <w:t>Häll ut samlarlådan på en bricka.</w:t>
            </w:r>
          </w:p>
        </w:tc>
        <w:tc>
          <w:tcPr>
            <w:tcW w:type="dxa" w:w="1134"/>
          </w:tcPr>
          <w:p>
            <w:r>
              <w:t>F-3</w:t>
            </w:r>
          </w:p>
        </w:tc>
        <w:tc>
          <w:tcPr>
            <w:tcW w:type="dxa" w:w="680"/>
          </w:tcPr>
          <w:p>
            <w:r>
              <w:t>20</w:t>
            </w:r>
          </w:p>
        </w:tc>
        <w:tc>
          <w:tcPr>
            <w:tcW w:type="dxa" w:w="2494"/>
          </w:tcPr>
          <w:p>
            <w:r>
              <w:t>En låda med knappar, kapsyler, stenar eller pärlor, en bricka, äggkartong eller muffinsformar</w:t>
            </w:r>
          </w:p>
        </w:tc>
      </w:tr>
      <w:tr>
        <w:tc>
          <w:tcPr>
            <w:tcW w:type="dxa" w:w="680"/>
          </w:tcPr>
          <w:p>
            <w:r>
              <w:t>F094</w:t>
            </w:r>
          </w:p>
        </w:tc>
        <w:tc>
          <w:tcPr>
            <w:tcW w:type="dxa" w:w="4876"/>
          </w:tcPr>
          <w:p>
            <w:r>
              <w:rPr>
                <w:b/>
              </w:rPr>
              <w:t>Pusselbordet</w:t>
            </w:r>
          </w:p>
          <w:p>
            <w:r>
              <w:rPr>
                <w:sz w:val="17"/>
              </w:rPr>
              <w:t>Välj ett pussel. Lägg det på ett bord där det får ligga kvar.</w:t>
            </w:r>
          </w:p>
        </w:tc>
        <w:tc>
          <w:tcPr>
            <w:tcW w:type="dxa" w:w="1134"/>
          </w:tcPr>
          <w:p>
            <w:r>
              <w:t>F-3</w:t>
            </w:r>
          </w:p>
        </w:tc>
        <w:tc>
          <w:tcPr>
            <w:tcW w:type="dxa" w:w="680"/>
          </w:tcPr>
          <w:p>
            <w:r>
              <w:t>30</w:t>
            </w:r>
          </w:p>
        </w:tc>
        <w:tc>
          <w:tcPr>
            <w:tcW w:type="dxa" w:w="2494"/>
          </w:tcPr>
          <w:p>
            <w:r>
              <w:t>Pussel med olika antal bitar</w:t>
            </w:r>
          </w:p>
        </w:tc>
      </w:tr>
      <w:tr>
        <w:tc>
          <w:tcPr>
            <w:tcW w:type="dxa" w:w="680"/>
          </w:tcPr>
          <w:p>
            <w:r>
              <w:t>F095</w:t>
            </w:r>
          </w:p>
        </w:tc>
        <w:tc>
          <w:tcPr>
            <w:tcW w:type="dxa" w:w="4876"/>
          </w:tcPr>
          <w:p>
            <w:r>
              <w:rPr>
                <w:b/>
              </w:rPr>
              <w:t>Poddlyssnaren</w:t>
            </w:r>
          </w:p>
          <w:p>
            <w:r>
              <w:rPr>
                <w:sz w:val="17"/>
              </w:rPr>
              <w:t>Välj ett avsnitt i Barnradion för 9-13 år, till exempel Historierummet, Bovar och brott eller Helt sant.</w:t>
            </w:r>
          </w:p>
        </w:tc>
        <w:tc>
          <w:tcPr>
            <w:tcW w:type="dxa" w:w="1134"/>
          </w:tcPr>
          <w:p>
            <w:r>
              <w:t>4-6</w:t>
            </w:r>
          </w:p>
        </w:tc>
        <w:tc>
          <w:tcPr>
            <w:tcW w:type="dxa" w:w="680"/>
          </w:tcPr>
          <w:p>
            <w:r>
              <w:t>25</w:t>
            </w:r>
          </w:p>
        </w:tc>
        <w:tc>
          <w:tcPr>
            <w:tcW w:type="dxa" w:w="2494"/>
          </w:tcPr>
          <w:p>
            <w:r>
              <w:t>Dator eller surfplatta, hörlurar, anteckningsbok</w:t>
            </w:r>
          </w:p>
        </w:tc>
      </w:tr>
      <w:tr>
        <w:tc>
          <w:tcPr>
            <w:tcW w:type="dxa" w:w="680"/>
          </w:tcPr>
          <w:p>
            <w:r>
              <w:t>F096</w:t>
            </w:r>
          </w:p>
        </w:tc>
        <w:tc>
          <w:tcPr>
            <w:tcW w:type="dxa" w:w="4876"/>
          </w:tcPr>
          <w:p>
            <w:r>
              <w:rPr>
                <w:b/>
              </w:rPr>
              <w:t>Svartdikten</w:t>
            </w:r>
          </w:p>
          <w:p>
            <w:r>
              <w:rPr>
                <w:sz w:val="17"/>
              </w:rPr>
              <w:t>Ta en sida ur en gammal tidning. Läs snabbt och ringa in ord som fastnar, med blyerts.</w:t>
            </w:r>
          </w:p>
        </w:tc>
        <w:tc>
          <w:tcPr>
            <w:tcW w:type="dxa" w:w="1134"/>
          </w:tcPr>
          <w:p>
            <w:r>
              <w:t>4-6</w:t>
            </w:r>
          </w:p>
        </w:tc>
        <w:tc>
          <w:tcPr>
            <w:tcW w:type="dxa" w:w="680"/>
          </w:tcPr>
          <w:p>
            <w:r>
              <w:t>25</w:t>
            </w:r>
          </w:p>
        </w:tc>
        <w:tc>
          <w:tcPr>
            <w:tcW w:type="dxa" w:w="2494"/>
          </w:tcPr>
          <w:p>
            <w:r>
              <w:t>Gammal tidning, blyertspenna, tjock svart tuschpenna</w:t>
            </w:r>
          </w:p>
        </w:tc>
      </w:tr>
      <w:tr>
        <w:tc>
          <w:tcPr>
            <w:tcW w:type="dxa" w:w="680"/>
          </w:tcPr>
          <w:p>
            <w:r>
              <w:t>F097</w:t>
            </w:r>
          </w:p>
        </w:tc>
        <w:tc>
          <w:tcPr>
            <w:tcW w:type="dxa" w:w="4876"/>
          </w:tcPr>
          <w:p>
            <w:r>
              <w:rPr>
                <w:b/>
              </w:rPr>
              <w:t>Bokkritikern</w:t>
            </w:r>
          </w:p>
          <w:p>
            <w:r>
              <w:rPr>
                <w:sz w:val="17"/>
              </w:rPr>
              <w:t>Välj en bok du har läst klart.</w:t>
            </w:r>
          </w:p>
        </w:tc>
        <w:tc>
          <w:tcPr>
            <w:tcW w:type="dxa" w:w="1134"/>
          </w:tcPr>
          <w:p>
            <w:r>
              <w:t>4-6</w:t>
            </w:r>
          </w:p>
        </w:tc>
        <w:tc>
          <w:tcPr>
            <w:tcW w:type="dxa" w:w="680"/>
          </w:tcPr>
          <w:p>
            <w:r>
              <w:t>30</w:t>
            </w:r>
          </w:p>
        </w:tc>
        <w:tc>
          <w:tcPr>
            <w:tcW w:type="dxa" w:w="2494"/>
          </w:tcPr>
          <w:p>
            <w:r>
              <w:t>Papper, penna, en bok du läst</w:t>
            </w:r>
          </w:p>
        </w:tc>
      </w:tr>
      <w:tr>
        <w:tc>
          <w:tcPr>
            <w:tcW w:type="dxa" w:w="680"/>
          </w:tcPr>
          <w:p>
            <w:r>
              <w:t>F098</w:t>
            </w:r>
          </w:p>
        </w:tc>
        <w:tc>
          <w:tcPr>
            <w:tcW w:type="dxa" w:w="4876"/>
          </w:tcPr>
          <w:p>
            <w:r>
              <w:rPr>
                <w:b/>
              </w:rPr>
              <w:t>Läsfaddern</w:t>
            </w:r>
          </w:p>
          <w:p>
            <w:r>
              <w:rPr>
                <w:sz w:val="17"/>
              </w:rPr>
              <w:t>Välj en bilderbok du själv gillade när du var liten.</w:t>
            </w:r>
          </w:p>
        </w:tc>
        <w:tc>
          <w:tcPr>
            <w:tcW w:type="dxa" w:w="1134"/>
          </w:tcPr>
          <w:p>
            <w:r>
              <w:t>4-6</w:t>
            </w:r>
          </w:p>
        </w:tc>
        <w:tc>
          <w:tcPr>
            <w:tcW w:type="dxa" w:w="680"/>
          </w:tcPr>
          <w:p>
            <w:r>
              <w:t>20</w:t>
            </w:r>
          </w:p>
        </w:tc>
        <w:tc>
          <w:tcPr>
            <w:tcW w:type="dxa" w:w="2494"/>
          </w:tcPr>
          <w:p>
            <w:r>
              <w:t>En bilderbok</w:t>
            </w:r>
          </w:p>
        </w:tc>
      </w:tr>
      <w:tr>
        <w:tc>
          <w:tcPr>
            <w:tcW w:type="dxa" w:w="680"/>
          </w:tcPr>
          <w:p>
            <w:r>
              <w:t>F099</w:t>
            </w:r>
          </w:p>
        </w:tc>
        <w:tc>
          <w:tcPr>
            <w:tcW w:type="dxa" w:w="4876"/>
          </w:tcPr>
          <w:p>
            <w:r>
              <w:rPr>
                <w:b/>
              </w:rPr>
              <w:t>Brevet till framtiden</w:t>
            </w:r>
          </w:p>
          <w:p>
            <w:r>
              <w:rPr>
                <w:sz w:val="17"/>
              </w:rPr>
              <w:t>Skriv ett brev till dig själv som ska öppnas om ett år.</w:t>
            </w:r>
          </w:p>
        </w:tc>
        <w:tc>
          <w:tcPr>
            <w:tcW w:type="dxa" w:w="1134"/>
          </w:tcPr>
          <w:p>
            <w:r>
              <w:t>4-6</w:t>
            </w:r>
          </w:p>
        </w:tc>
        <w:tc>
          <w:tcPr>
            <w:tcW w:type="dxa" w:w="680"/>
          </w:tcPr>
          <w:p>
            <w:r>
              <w:t>20</w:t>
            </w:r>
          </w:p>
        </w:tc>
        <w:tc>
          <w:tcPr>
            <w:tcW w:type="dxa" w:w="2494"/>
          </w:tcPr>
          <w:p>
            <w:r>
              <w:t>Papper, penna, kuvert</w:t>
            </w:r>
          </w:p>
        </w:tc>
      </w:tr>
      <w:tr>
        <w:tc>
          <w:tcPr>
            <w:tcW w:type="dxa" w:w="680"/>
          </w:tcPr>
          <w:p>
            <w:r>
              <w:t>F100</w:t>
            </w:r>
          </w:p>
        </w:tc>
        <w:tc>
          <w:tcPr>
            <w:tcW w:type="dxa" w:w="4876"/>
          </w:tcPr>
          <w:p>
            <w:r>
              <w:rPr>
                <w:b/>
              </w:rPr>
              <w:t>Snabbskrivet</w:t>
            </w:r>
          </w:p>
          <w:p>
            <w:r>
              <w:rPr>
                <w:sz w:val="17"/>
              </w:rPr>
              <w:t>Ställ en timer på tre minuter. Skriv ett ord överst, vilket som helst.</w:t>
            </w:r>
          </w:p>
        </w:tc>
        <w:tc>
          <w:tcPr>
            <w:tcW w:type="dxa" w:w="1134"/>
          </w:tcPr>
          <w:p>
            <w:r>
              <w:t>4-6</w:t>
            </w:r>
          </w:p>
        </w:tc>
        <w:tc>
          <w:tcPr>
            <w:tcW w:type="dxa" w:w="680"/>
          </w:tcPr>
          <w:p>
            <w:r>
              <w:t>10</w:t>
            </w:r>
          </w:p>
        </w:tc>
        <w:tc>
          <w:tcPr>
            <w:tcW w:type="dxa" w:w="2494"/>
          </w:tcPr>
          <w:p>
            <w:r>
              <w:t>Papper, penna, timer</w:t>
            </w:r>
          </w:p>
        </w:tc>
      </w:tr>
    </w:tbl>
    <w:p>
      <w:r>
        <w:br w:type="page"/>
      </w:r>
    </w:p>
    <w:p>
      <w:pPr>
        <w:pStyle w:val="Heading1"/>
      </w:pPr>
      <w:r>
        <w:t>Del 2: Fritidsteman</w:t>
      </w:r>
    </w:p>
    <w:p>
      <w:r>
        <w:t>Varje tema finns som ett fullständigt planeringsblad i webbverktyget och i utskrift/fritidsteman-alla.pdf.</w:t>
      </w:r>
    </w:p>
    <w:p>
      <w:pPr>
        <w:pStyle w:val="Heading2"/>
      </w:pPr>
      <w:r>
        <w:rPr>
          <w:color w:val="4F86E8"/>
        </w:rPr>
        <w:t>Språk och kommunikation (25)</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680"/>
            <w:shd w:val="clear" w:color="auto" w:fill="4F86E8"/>
          </w:tcPr>
          <w:p>
            <w:r>
              <w:rPr>
                <w:b/>
                <w:color w:val="FFFFFF"/>
              </w:rPr>
              <w:t>Nr</w:t>
            </w:r>
          </w:p>
        </w:tc>
        <w:tc>
          <w:tcPr>
            <w:tcW w:type="dxa" w:w="4649"/>
            <w:shd w:val="clear" w:color="auto" w:fill="4F86E8"/>
          </w:tcPr>
          <w:p>
            <w:r>
              <w:rPr>
                <w:b/>
                <w:color w:val="FFFFFF"/>
              </w:rPr>
              <w:t>Tema</w:t>
            </w:r>
          </w:p>
        </w:tc>
        <w:tc>
          <w:tcPr>
            <w:tcW w:type="dxa" w:w="1474"/>
            <w:shd w:val="clear" w:color="auto" w:fill="4F86E8"/>
          </w:tcPr>
          <w:p>
            <w:r>
              <w:rPr>
                <w:b/>
                <w:color w:val="FFFFFF"/>
              </w:rPr>
              <w:t>Storlek</w:t>
            </w:r>
          </w:p>
        </w:tc>
        <w:tc>
          <w:tcPr>
            <w:tcW w:type="dxa" w:w="1134"/>
            <w:shd w:val="clear" w:color="auto" w:fill="4F86E8"/>
          </w:tcPr>
          <w:p>
            <w:r>
              <w:rPr>
                <w:b/>
                <w:color w:val="FFFFFF"/>
              </w:rPr>
              <w:t>När</w:t>
            </w:r>
          </w:p>
        </w:tc>
        <w:tc>
          <w:tcPr>
            <w:tcW w:type="dxa" w:w="907"/>
            <w:shd w:val="clear" w:color="auto" w:fill="4F86E8"/>
          </w:tcPr>
          <w:p>
            <w:r>
              <w:rPr>
                <w:b/>
                <w:color w:val="FFFFFF"/>
              </w:rPr>
              <w:t>För</w:t>
            </w:r>
          </w:p>
        </w:tc>
        <w:tc>
          <w:tcPr>
            <w:tcW w:type="dxa" w:w="1020"/>
            <w:shd w:val="clear" w:color="auto" w:fill="4F86E8"/>
          </w:tcPr>
          <w:p>
            <w:r>
              <w:rPr>
                <w:b/>
                <w:color w:val="FFFFFF"/>
              </w:rPr>
              <w:t>Förb.</w:t>
            </w:r>
          </w:p>
        </w:tc>
      </w:tr>
      <w:tr>
        <w:tc>
          <w:tcPr>
            <w:tcW w:type="dxa" w:w="680"/>
          </w:tcPr>
          <w:p>
            <w:r>
              <w:t>T001</w:t>
            </w:r>
          </w:p>
        </w:tc>
        <w:tc>
          <w:tcPr>
            <w:tcW w:type="dxa" w:w="4649"/>
          </w:tcPr>
          <w:p>
            <w:r>
              <w:rPr>
                <w:b/>
              </w:rPr>
              <w:t>Nyordsverkstaden</w:t>
            </w:r>
          </w:p>
          <w:p>
            <w:r>
              <w:rPr>
                <w:sz w:val="17"/>
              </w:rPr>
              <w:t>Varje år samlar språkforskare ord som nyss har kommit in i svenskan. På fritids uppfinner barnen egna ord för saker som saknar namn och röstar fram årets fritidsord.</w:t>
            </w:r>
          </w:p>
        </w:tc>
        <w:tc>
          <w:tcPr>
            <w:tcW w:type="dxa" w:w="1474"/>
          </w:tcPr>
          <w:p>
            <w:r>
              <w:t>En eftermiddag, 1 eftermiddag, ca 60 min</w:t>
            </w:r>
          </w:p>
        </w:tc>
        <w:tc>
          <w:tcPr>
            <w:tcW w:type="dxa" w:w="1134"/>
          </w:tcPr>
          <w:p>
            <w:r>
              <w:t>vinter</w:t>
            </w:r>
          </w:p>
        </w:tc>
        <w:tc>
          <w:tcPr>
            <w:tcW w:type="dxa" w:w="907"/>
          </w:tcPr>
          <w:p>
            <w:r>
              <w:t>F-3 och 4-6</w:t>
            </w:r>
          </w:p>
        </w:tc>
        <w:tc>
          <w:tcPr>
            <w:tcW w:type="dxa" w:w="1020"/>
          </w:tcPr>
          <w:p>
            <w:r>
              <w:t>45 minuter</w:t>
            </w:r>
          </w:p>
        </w:tc>
      </w:tr>
      <w:tr>
        <w:tc>
          <w:tcPr>
            <w:tcW w:type="dxa" w:w="680"/>
          </w:tcPr>
          <w:p>
            <w:r>
              <w:t>T002</w:t>
            </w:r>
          </w:p>
        </w:tc>
        <w:tc>
          <w:tcPr>
            <w:tcW w:type="dxa" w:w="4649"/>
          </w:tcPr>
          <w:p>
            <w:r>
              <w:rPr>
                <w:b/>
              </w:rPr>
              <w:t>Spökhistoriefabriken</w:t>
            </w:r>
          </w:p>
          <w:p>
            <w:r>
              <w:rPr>
                <w:sz w:val="17"/>
              </w:rPr>
              <w:t>Släck lamporna, tänd en ficklampa och bygg en spökhistoria tillsammans. Grupperna drar kort med en person, en plats och något konstigt, hittar på ett slut som ingen väntar sig och berättar i mörkret.</w:t>
            </w:r>
          </w:p>
        </w:tc>
        <w:tc>
          <w:tcPr>
            <w:tcW w:type="dxa" w:w="1474"/>
          </w:tcPr>
          <w:p>
            <w:r>
              <w:t>En eftermiddag, 1 eftermiddag, ca 75 min</w:t>
            </w:r>
          </w:p>
        </w:tc>
        <w:tc>
          <w:tcPr>
            <w:tcW w:type="dxa" w:w="1134"/>
          </w:tcPr>
          <w:p>
            <w:r>
              <w:t>höst</w:t>
            </w:r>
          </w:p>
        </w:tc>
        <w:tc>
          <w:tcPr>
            <w:tcW w:type="dxa" w:w="907"/>
          </w:tcPr>
          <w:p>
            <w:r>
              <w:t>F-3 och 4-6</w:t>
            </w:r>
          </w:p>
        </w:tc>
        <w:tc>
          <w:tcPr>
            <w:tcW w:type="dxa" w:w="1020"/>
          </w:tcPr>
          <w:p>
            <w:r>
              <w:t>1 timme</w:t>
            </w:r>
          </w:p>
        </w:tc>
      </w:tr>
      <w:tr>
        <w:tc>
          <w:tcPr>
            <w:tcW w:type="dxa" w:w="680"/>
          </w:tcPr>
          <w:p>
            <w:r>
              <w:t>T003</w:t>
            </w:r>
          </w:p>
        </w:tc>
        <w:tc>
          <w:tcPr>
            <w:tcW w:type="dxa" w:w="4649"/>
          </w:tcPr>
          <w:p>
            <w:r>
              <w:rPr>
                <w:b/>
              </w:rPr>
              <w:t>Tankeverkstaden</w:t>
            </w:r>
          </w:p>
          <w:p>
            <w:r>
              <w:rPr>
                <w:sz w:val="17"/>
              </w:rPr>
              <w:t>Kan man vara kompis med någon man aldrig har träffat? Är det fusk att titta i facit? I tankeverkstaden finns inga rätta svar, bara bra skäl. Barnen väljer frågan själva och övar på att tänka högt tillsammans.</w:t>
            </w:r>
          </w:p>
        </w:tc>
        <w:tc>
          <w:tcPr>
            <w:tcW w:type="dxa" w:w="1474"/>
          </w:tcPr>
          <w:p>
            <w:r>
              <w:t>En eftermiddag, 45-60 min, kan upprepas varje vecka</w:t>
            </w:r>
          </w:p>
        </w:tc>
        <w:tc>
          <w:tcPr>
            <w:tcW w:type="dxa" w:w="1134"/>
          </w:tcPr>
          <w:p>
            <w:r>
              <w:t>hela året</w:t>
            </w:r>
          </w:p>
        </w:tc>
        <w:tc>
          <w:tcPr>
            <w:tcW w:type="dxa" w:w="907"/>
          </w:tcPr>
          <w:p>
            <w:r>
              <w:t>F-3 och 4-6</w:t>
            </w:r>
          </w:p>
        </w:tc>
        <w:tc>
          <w:tcPr>
            <w:tcW w:type="dxa" w:w="1020"/>
          </w:tcPr>
          <w:p>
            <w:r>
              <w:t>30 minuter</w:t>
            </w:r>
          </w:p>
        </w:tc>
      </w:tr>
      <w:tr>
        <w:tc>
          <w:tcPr>
            <w:tcW w:type="dxa" w:w="680"/>
          </w:tcPr>
          <w:p>
            <w:r>
              <w:t>T004</w:t>
            </w:r>
          </w:p>
        </w:tc>
        <w:tc>
          <w:tcPr>
            <w:tcW w:type="dxa" w:w="4649"/>
          </w:tcPr>
          <w:p>
            <w:r>
              <w:rPr>
                <w:b/>
              </w:rPr>
              <w:t>Rygg mot rygg</w:t>
            </w:r>
          </w:p>
          <w:p>
            <w:r>
              <w:rPr>
                <w:sz w:val="17"/>
              </w:rPr>
              <w:t>Två barn sitter rygg mot rygg. Den ena har en bild eller ett bygge, den andra ska göra exakt likadant med hjälp av bara ord. Det blir skratt och missförstånd, och instruktionerna blir snabbt bättre.</w:t>
            </w:r>
          </w:p>
        </w:tc>
        <w:tc>
          <w:tcPr>
            <w:tcW w:type="dxa" w:w="1474"/>
          </w:tcPr>
          <w:p>
            <w:r>
              <w:t>En eftermiddag, 1 eftermiddag, ca 45 min</w:t>
            </w:r>
          </w:p>
        </w:tc>
        <w:tc>
          <w:tcPr>
            <w:tcW w:type="dxa" w:w="1134"/>
          </w:tcPr>
          <w:p>
            <w:r>
              <w:t>hela året</w:t>
            </w:r>
          </w:p>
        </w:tc>
        <w:tc>
          <w:tcPr>
            <w:tcW w:type="dxa" w:w="907"/>
          </w:tcPr>
          <w:p>
            <w:r>
              <w:t>F-3</w:t>
            </w:r>
          </w:p>
        </w:tc>
        <w:tc>
          <w:tcPr>
            <w:tcW w:type="dxa" w:w="1020"/>
          </w:tcPr>
          <w:p>
            <w:r>
              <w:t>30 minuter</w:t>
            </w:r>
          </w:p>
        </w:tc>
      </w:tr>
      <w:tr>
        <w:tc>
          <w:tcPr>
            <w:tcW w:type="dxa" w:w="680"/>
          </w:tcPr>
          <w:p>
            <w:r>
              <w:t>T005</w:t>
            </w:r>
          </w:p>
        </w:tc>
        <w:tc>
          <w:tcPr>
            <w:tcW w:type="dxa" w:w="4649"/>
          </w:tcPr>
          <w:p>
            <w:r>
              <w:rPr>
                <w:b/>
              </w:rPr>
              <w:t>Dialektdetektiverna</w:t>
            </w:r>
          </w:p>
          <w:p>
            <w:r>
              <w:rPr>
                <w:sz w:val="17"/>
              </w:rPr>
              <w:t>Hur lät svenskan i Skåne, på Gotland och i Norrbotten för länge sedan? Lagen lyssnar på gamla inspelningar och gissar var på kartan personen bodde. Efter sommarlovet fyller barnen på med ord de har hört på resor.</w:t>
            </w:r>
          </w:p>
        </w:tc>
        <w:tc>
          <w:tcPr>
            <w:tcW w:type="dxa" w:w="1474"/>
          </w:tcPr>
          <w:p>
            <w:r>
              <w:t>En eftermiddag, 1 eftermiddag, ca 60 min</w:t>
            </w:r>
          </w:p>
        </w:tc>
        <w:tc>
          <w:tcPr>
            <w:tcW w:type="dxa" w:w="1134"/>
          </w:tcPr>
          <w:p>
            <w:r>
              <w:t>sommar</w:t>
            </w:r>
          </w:p>
        </w:tc>
        <w:tc>
          <w:tcPr>
            <w:tcW w:type="dxa" w:w="907"/>
          </w:tcPr>
          <w:p>
            <w:r>
              <w:t>4-6</w:t>
            </w:r>
          </w:p>
        </w:tc>
        <w:tc>
          <w:tcPr>
            <w:tcW w:type="dxa" w:w="1020"/>
          </w:tcPr>
          <w:p>
            <w:r>
              <w:t>45 minuter</w:t>
            </w:r>
          </w:p>
        </w:tc>
      </w:tr>
      <w:tr>
        <w:tc>
          <w:tcPr>
            <w:tcW w:type="dxa" w:w="680"/>
          </w:tcPr>
          <w:p>
            <w:r>
              <w:t>T006</w:t>
            </w:r>
          </w:p>
        </w:tc>
        <w:tc>
          <w:tcPr>
            <w:tcW w:type="dxa" w:w="4649"/>
          </w:tcPr>
          <w:p>
            <w:r>
              <w:rPr>
                <w:b/>
              </w:rPr>
              <w:t>Spionskolan</w:t>
            </w:r>
          </w:p>
          <w:p>
            <w:r>
              <w:rPr>
                <w:sz w:val="17"/>
              </w:rPr>
              <w:t>Ett hemligt meddelande har hittats i fritids brevlåda. För att läsa det måste lagen lära sig tre hemliga språk: morse, bokstavsbyte och osynlig skrift. Sist skickar varje lag ett eget kodat uppdrag till ett annat lag.</w:t>
            </w:r>
          </w:p>
        </w:tc>
        <w:tc>
          <w:tcPr>
            <w:tcW w:type="dxa" w:w="1474"/>
          </w:tcPr>
          <w:p>
            <w:r>
              <w:t>En eftermiddag, 1 eftermiddag, ca 90 min</w:t>
            </w:r>
          </w:p>
        </w:tc>
        <w:tc>
          <w:tcPr>
            <w:tcW w:type="dxa" w:w="1134"/>
          </w:tcPr>
          <w:p>
            <w:r>
              <w:t>sommar</w:t>
            </w:r>
          </w:p>
        </w:tc>
        <w:tc>
          <w:tcPr>
            <w:tcW w:type="dxa" w:w="907"/>
          </w:tcPr>
          <w:p>
            <w:r>
              <w:t>4-6</w:t>
            </w:r>
          </w:p>
        </w:tc>
        <w:tc>
          <w:tcPr>
            <w:tcW w:type="dxa" w:w="1020"/>
          </w:tcPr>
          <w:p>
            <w:r>
              <w:t>1 timme</w:t>
            </w:r>
          </w:p>
        </w:tc>
      </w:tr>
      <w:tr>
        <w:tc>
          <w:tcPr>
            <w:tcW w:type="dxa" w:w="680"/>
          </w:tcPr>
          <w:p>
            <w:r>
              <w:t>T007</w:t>
            </w:r>
          </w:p>
        </w:tc>
        <w:tc>
          <w:tcPr>
            <w:tcW w:type="dxa" w:w="4649"/>
          </w:tcPr>
          <w:p>
            <w:r>
              <w:rPr>
                <w:b/>
              </w:rPr>
              <w:t>Popcornjuryn</w:t>
            </w:r>
          </w:p>
          <w:p>
            <w:r>
              <w:rPr>
                <w:sz w:val="17"/>
              </w:rPr>
              <w:t>Fritids blir filmjury. Barnen ser en kortfilm, pratar om vad som hände och hur det kändes, och sätter betyg med popcorn i stället för stjärnor. Recensionerna sätts upp utanför bion.</w:t>
            </w:r>
          </w:p>
        </w:tc>
        <w:tc>
          <w:tcPr>
            <w:tcW w:type="dxa" w:w="1474"/>
          </w:tcPr>
          <w:p>
            <w:r>
              <w:t>En eftermiddag, 1 eftermiddag, ca 75 min</w:t>
            </w:r>
          </w:p>
        </w:tc>
        <w:tc>
          <w:tcPr>
            <w:tcW w:type="dxa" w:w="1134"/>
          </w:tcPr>
          <w:p>
            <w:r>
              <w:t>vinter</w:t>
            </w:r>
          </w:p>
        </w:tc>
        <w:tc>
          <w:tcPr>
            <w:tcW w:type="dxa" w:w="907"/>
          </w:tcPr>
          <w:p>
            <w:r>
              <w:t>F-3</w:t>
            </w:r>
          </w:p>
        </w:tc>
        <w:tc>
          <w:tcPr>
            <w:tcW w:type="dxa" w:w="1020"/>
          </w:tcPr>
          <w:p>
            <w:r>
              <w:t>45 minuter</w:t>
            </w:r>
          </w:p>
        </w:tc>
      </w:tr>
      <w:tr>
        <w:tc>
          <w:tcPr>
            <w:tcW w:type="dxa" w:w="680"/>
          </w:tcPr>
          <w:p>
            <w:r>
              <w:t>T008</w:t>
            </w:r>
          </w:p>
        </w:tc>
        <w:tc>
          <w:tcPr>
            <w:tcW w:type="dxa" w:w="4649"/>
          </w:tcPr>
          <w:p>
            <w:r>
              <w:rPr>
                <w:b/>
              </w:rPr>
              <w:t>Ordspelsturneringen</w:t>
            </w:r>
          </w:p>
          <w:p>
            <w:r>
              <w:rPr>
                <w:sz w:val="17"/>
              </w:rPr>
              <w:t>Fem ordspel, fem stationer och en poängtavla. Lagen tävlar i att förklara, rimma och bygga ord. Passar som start på läslovet i vecka 44.</w:t>
            </w:r>
          </w:p>
        </w:tc>
        <w:tc>
          <w:tcPr>
            <w:tcW w:type="dxa" w:w="1474"/>
          </w:tcPr>
          <w:p>
            <w:r>
              <w:t>En eftermiddag, 1 eftermiddag, ca 90 min</w:t>
            </w:r>
          </w:p>
        </w:tc>
        <w:tc>
          <w:tcPr>
            <w:tcW w:type="dxa" w:w="1134"/>
          </w:tcPr>
          <w:p>
            <w:r>
              <w:t>höst</w:t>
            </w:r>
          </w:p>
        </w:tc>
        <w:tc>
          <w:tcPr>
            <w:tcW w:type="dxa" w:w="907"/>
          </w:tcPr>
          <w:p>
            <w:r>
              <w:t>4-6</w:t>
            </w:r>
          </w:p>
        </w:tc>
        <w:tc>
          <w:tcPr>
            <w:tcW w:type="dxa" w:w="1020"/>
          </w:tcPr>
          <w:p>
            <w:r>
              <w:t>1 timme</w:t>
            </w:r>
          </w:p>
        </w:tc>
      </w:tr>
      <w:tr>
        <w:tc>
          <w:tcPr>
            <w:tcW w:type="dxa" w:w="680"/>
          </w:tcPr>
          <w:p>
            <w:r>
              <w:t>T009</w:t>
            </w:r>
          </w:p>
        </w:tc>
        <w:tc>
          <w:tcPr>
            <w:tcW w:type="dxa" w:w="4649"/>
          </w:tcPr>
          <w:p>
            <w:r>
              <w:rPr>
                <w:b/>
              </w:rPr>
              <w:t>Deckarveckan</w:t>
            </w:r>
          </w:p>
          <w:p>
            <w:r>
              <w:rPr>
                <w:sz w:val="17"/>
              </w:rPr>
              <w:t>Fritids maskot har försvunnit. Under en vecka samlar detektivbyråerna ledtrådar, förhör misstänkta, skriver efterlysningar och läser deckare, tills de kan peka ut vem som gjorde det och varför.</w:t>
            </w:r>
          </w:p>
        </w:tc>
        <w:tc>
          <w:tcPr>
            <w:tcW w:type="dxa" w:w="1474"/>
          </w:tcPr>
          <w:p>
            <w:r>
              <w:t>Temavecka, 1 vecka, 5 eftermiddagar</w:t>
            </w:r>
          </w:p>
        </w:tc>
        <w:tc>
          <w:tcPr>
            <w:tcW w:type="dxa" w:w="1134"/>
          </w:tcPr>
          <w:p>
            <w:r>
              <w:t>vinter</w:t>
            </w:r>
          </w:p>
        </w:tc>
        <w:tc>
          <w:tcPr>
            <w:tcW w:type="dxa" w:w="907"/>
          </w:tcPr>
          <w:p>
            <w:r>
              <w:t>F-3 och 4-6</w:t>
            </w:r>
          </w:p>
        </w:tc>
        <w:tc>
          <w:tcPr>
            <w:tcW w:type="dxa" w:w="1020"/>
          </w:tcPr>
          <w:p>
            <w:r>
              <w:t>3-4 timmar</w:t>
            </w:r>
          </w:p>
        </w:tc>
      </w:tr>
      <w:tr>
        <w:tc>
          <w:tcPr>
            <w:tcW w:type="dxa" w:w="680"/>
          </w:tcPr>
          <w:p>
            <w:r>
              <w:t>T010</w:t>
            </w:r>
          </w:p>
        </w:tc>
        <w:tc>
          <w:tcPr>
            <w:tcW w:type="dxa" w:w="4649"/>
          </w:tcPr>
          <w:p>
            <w:r>
              <w:rPr>
                <w:b/>
              </w:rPr>
              <w:t>Språkens vecka</w:t>
            </w:r>
          </w:p>
          <w:p>
            <w:r>
              <w:rPr>
                <w:sz w:val="17"/>
              </w:rPr>
              <w:t>På de flesta fritids talas många språk, men det märks sällan. Kring modersmålsdagen den 21 februari får varje språk på fritids synas och höras, och de som kan språket blir lärare.</w:t>
            </w:r>
          </w:p>
        </w:tc>
        <w:tc>
          <w:tcPr>
            <w:tcW w:type="dxa" w:w="1474"/>
          </w:tcPr>
          <w:p>
            <w:r>
              <w:t>Temavecka, 1 vecka kring 21 februari</w:t>
            </w:r>
          </w:p>
        </w:tc>
        <w:tc>
          <w:tcPr>
            <w:tcW w:type="dxa" w:w="1134"/>
          </w:tcPr>
          <w:p>
            <w:r>
              <w:t>vinter</w:t>
            </w:r>
          </w:p>
        </w:tc>
        <w:tc>
          <w:tcPr>
            <w:tcW w:type="dxa" w:w="907"/>
          </w:tcPr>
          <w:p>
            <w:r>
              <w:t>F-3 och 4-6</w:t>
            </w:r>
          </w:p>
        </w:tc>
        <w:tc>
          <w:tcPr>
            <w:tcW w:type="dxa" w:w="1020"/>
          </w:tcPr>
          <w:p>
            <w:r>
              <w:t>2-3 timmar</w:t>
            </w:r>
          </w:p>
        </w:tc>
      </w:tr>
      <w:tr>
        <w:tc>
          <w:tcPr>
            <w:tcW w:type="dxa" w:w="680"/>
          </w:tcPr>
          <w:p>
            <w:r>
              <w:t>T011</w:t>
            </w:r>
          </w:p>
        </w:tc>
        <w:tc>
          <w:tcPr>
            <w:tcW w:type="dxa" w:w="4649"/>
          </w:tcPr>
          <w:p>
            <w:r>
              <w:rPr>
                <w:b/>
              </w:rPr>
              <w:t>Teckenspråksveckan</w:t>
            </w:r>
          </w:p>
          <w:p>
            <w:r>
              <w:rPr>
                <w:sz w:val="17"/>
              </w:rPr>
              <w:t>Svenskt teckenspråk är ett eget språk med egen grammatik och har samma ställning i språklagen som de nationella minoritetsspråken. Under en vecka lär sig fritids bokstavera sina namn, teckna vardagsord och framföra en sång på tecken.</w:t>
            </w:r>
          </w:p>
        </w:tc>
        <w:tc>
          <w:tcPr>
            <w:tcW w:type="dxa" w:w="1474"/>
          </w:tcPr>
          <w:p>
            <w:r>
              <w:t>Temavecka, 1 vecka</w:t>
            </w:r>
          </w:p>
        </w:tc>
        <w:tc>
          <w:tcPr>
            <w:tcW w:type="dxa" w:w="1134"/>
          </w:tcPr>
          <w:p>
            <w:r>
              <w:t>vår</w:t>
            </w:r>
          </w:p>
        </w:tc>
        <w:tc>
          <w:tcPr>
            <w:tcW w:type="dxa" w:w="907"/>
          </w:tcPr>
          <w:p>
            <w:r>
              <w:t>F-3 och 4-6</w:t>
            </w:r>
          </w:p>
        </w:tc>
        <w:tc>
          <w:tcPr>
            <w:tcW w:type="dxa" w:w="1020"/>
          </w:tcPr>
          <w:p>
            <w:r>
              <w:t>2 timmar</w:t>
            </w:r>
          </w:p>
        </w:tc>
      </w:tr>
      <w:tr>
        <w:tc>
          <w:tcPr>
            <w:tcW w:type="dxa" w:w="680"/>
          </w:tcPr>
          <w:p>
            <w:r>
              <w:t>T012</w:t>
            </w:r>
          </w:p>
        </w:tc>
        <w:tc>
          <w:tcPr>
            <w:tcW w:type="dxa" w:w="4649"/>
          </w:tcPr>
          <w:p>
            <w:r>
              <w:rPr>
                <w:b/>
              </w:rPr>
              <w:t>Debattveckan</w:t>
            </w:r>
          </w:p>
          <w:p>
            <w:r>
              <w:rPr>
                <w:sz w:val="17"/>
              </w:rPr>
              <w:t>Ska läxor förbjudas? Ska fritids ha godisdag på fredagar? Under en vecka tränar barnen på att argumentera, lyssna på motståndaren och byta sida. Veckan slutar med en debattfinal där publiken röstar.</w:t>
            </w:r>
          </w:p>
        </w:tc>
        <w:tc>
          <w:tcPr>
            <w:tcW w:type="dxa" w:w="1474"/>
          </w:tcPr>
          <w:p>
            <w:r>
              <w:t>Temavecka, 1 vecka</w:t>
            </w:r>
          </w:p>
        </w:tc>
        <w:tc>
          <w:tcPr>
            <w:tcW w:type="dxa" w:w="1134"/>
          </w:tcPr>
          <w:p>
            <w:r>
              <w:t>höst</w:t>
            </w:r>
          </w:p>
        </w:tc>
        <w:tc>
          <w:tcPr>
            <w:tcW w:type="dxa" w:w="907"/>
          </w:tcPr>
          <w:p>
            <w:r>
              <w:t>4-6</w:t>
            </w:r>
          </w:p>
        </w:tc>
        <w:tc>
          <w:tcPr>
            <w:tcW w:type="dxa" w:w="1020"/>
          </w:tcPr>
          <w:p>
            <w:r>
              <w:t>1-2 timmar</w:t>
            </w:r>
          </w:p>
        </w:tc>
      </w:tr>
      <w:tr>
        <w:tc>
          <w:tcPr>
            <w:tcW w:type="dxa" w:w="680"/>
          </w:tcPr>
          <w:p>
            <w:r>
              <w:t>T013</w:t>
            </w:r>
          </w:p>
        </w:tc>
        <w:tc>
          <w:tcPr>
            <w:tcW w:type="dxa" w:w="4649"/>
          </w:tcPr>
          <w:p>
            <w:r>
              <w:rPr>
                <w:b/>
              </w:rPr>
              <w:t>Poesiveckan</w:t>
            </w:r>
          </w:p>
          <w:p>
            <w:r>
              <w:rPr>
                <w:sz w:val="17"/>
              </w:rPr>
              <w:t>Världspoesidagen den 21 mars är startskottet. Under en vecka skriver barnen dikter på lappar, i trappor och med krita på skolgården, och avslutar med en poesiscen där den som vill läser upp.</w:t>
            </w:r>
          </w:p>
        </w:tc>
        <w:tc>
          <w:tcPr>
            <w:tcW w:type="dxa" w:w="1474"/>
          </w:tcPr>
          <w:p>
            <w:r>
              <w:t>Temavecka, 1 vecka kring 21 mars</w:t>
            </w:r>
          </w:p>
        </w:tc>
        <w:tc>
          <w:tcPr>
            <w:tcW w:type="dxa" w:w="1134"/>
          </w:tcPr>
          <w:p>
            <w:r>
              <w:t>vår</w:t>
            </w:r>
          </w:p>
        </w:tc>
        <w:tc>
          <w:tcPr>
            <w:tcW w:type="dxa" w:w="907"/>
          </w:tcPr>
          <w:p>
            <w:r>
              <w:t>4-6</w:t>
            </w:r>
          </w:p>
        </w:tc>
        <w:tc>
          <w:tcPr>
            <w:tcW w:type="dxa" w:w="1020"/>
          </w:tcPr>
          <w:p>
            <w:r>
              <w:t>1-2 timmar</w:t>
            </w:r>
          </w:p>
        </w:tc>
      </w:tr>
      <w:tr>
        <w:tc>
          <w:tcPr>
            <w:tcW w:type="dxa" w:w="680"/>
          </w:tcPr>
          <w:p>
            <w:r>
              <w:t>T014</w:t>
            </w:r>
          </w:p>
        </w:tc>
        <w:tc>
          <w:tcPr>
            <w:tcW w:type="dxa" w:w="4649"/>
          </w:tcPr>
          <w:p>
            <w:r>
              <w:rPr>
                <w:b/>
              </w:rPr>
              <w:t>Sagoveckan med ledtrådslådor</w:t>
            </w:r>
          </w:p>
          <w:p>
            <w:r>
              <w:rPr>
                <w:sz w:val="17"/>
              </w:rPr>
              <w:t>Varje dag står en låda på bordet. I den ligger några föremål som hör till en saga. Barnen gissar vilken saga det är, och sedan berättas den, spelas med föremålen och görs om till en egen version.</w:t>
            </w:r>
          </w:p>
        </w:tc>
        <w:tc>
          <w:tcPr>
            <w:tcW w:type="dxa" w:w="1474"/>
          </w:tcPr>
          <w:p>
            <w:r>
              <w:t>Temavecka, 1 vecka</w:t>
            </w:r>
          </w:p>
        </w:tc>
        <w:tc>
          <w:tcPr>
            <w:tcW w:type="dxa" w:w="1134"/>
          </w:tcPr>
          <w:p>
            <w:r>
              <w:t>sommar</w:t>
            </w:r>
          </w:p>
        </w:tc>
        <w:tc>
          <w:tcPr>
            <w:tcW w:type="dxa" w:w="907"/>
          </w:tcPr>
          <w:p>
            <w:r>
              <w:t>F-3</w:t>
            </w:r>
          </w:p>
        </w:tc>
        <w:tc>
          <w:tcPr>
            <w:tcW w:type="dxa" w:w="1020"/>
          </w:tcPr>
          <w:p>
            <w:r>
              <w:t>2 timmar</w:t>
            </w:r>
          </w:p>
        </w:tc>
      </w:tr>
      <w:tr>
        <w:tc>
          <w:tcPr>
            <w:tcW w:type="dxa" w:w="680"/>
          </w:tcPr>
          <w:p>
            <w:r>
              <w:t>T015</w:t>
            </w:r>
          </w:p>
        </w:tc>
        <w:tc>
          <w:tcPr>
            <w:tcW w:type="dxa" w:w="4649"/>
          </w:tcPr>
          <w:p>
            <w:r>
              <w:rPr>
                <w:b/>
              </w:rPr>
              <w:t>Bilderboksjuryn</w:t>
            </w:r>
          </w:p>
          <w:p>
            <w:r>
              <w:rPr>
                <w:sz w:val="17"/>
              </w:rPr>
              <w:t>I radions barnbokpris är det barn som utser vinnaren. På fritids blir F-3 jury i en vecka: fem bilderböcker, en röstlåda och en bokprisgala där favoriten får sitt pris.</w:t>
            </w:r>
          </w:p>
        </w:tc>
        <w:tc>
          <w:tcPr>
            <w:tcW w:type="dxa" w:w="1474"/>
          </w:tcPr>
          <w:p>
            <w:r>
              <w:t>Temavecka, 1 vecka</w:t>
            </w:r>
          </w:p>
        </w:tc>
        <w:tc>
          <w:tcPr>
            <w:tcW w:type="dxa" w:w="1134"/>
          </w:tcPr>
          <w:p>
            <w:r>
              <w:t>vår</w:t>
            </w:r>
          </w:p>
        </w:tc>
        <w:tc>
          <w:tcPr>
            <w:tcW w:type="dxa" w:w="907"/>
          </w:tcPr>
          <w:p>
            <w:r>
              <w:t>F-3</w:t>
            </w:r>
          </w:p>
        </w:tc>
        <w:tc>
          <w:tcPr>
            <w:tcW w:type="dxa" w:w="1020"/>
          </w:tcPr>
          <w:p>
            <w:r>
              <w:t>1-2 timmar</w:t>
            </w:r>
          </w:p>
        </w:tc>
      </w:tr>
      <w:tr>
        <w:tc>
          <w:tcPr>
            <w:tcW w:type="dxa" w:w="680"/>
          </w:tcPr>
          <w:p>
            <w:r>
              <w:t>T016</w:t>
            </w:r>
          </w:p>
        </w:tc>
        <w:tc>
          <w:tcPr>
            <w:tcW w:type="dxa" w:w="4649"/>
          </w:tcPr>
          <w:p>
            <w:r>
              <w:rPr>
                <w:b/>
              </w:rPr>
              <w:t>Fritids guidebyrå</w:t>
            </w:r>
          </w:p>
          <w:p>
            <w:r>
              <w:rPr>
                <w:sz w:val="17"/>
              </w:rPr>
              <w:t>Barnen kan skolan bättre än någon vuxen. Under en vecka väljer de ut skolans bästa platser och hemligaste historier, övar in en guidning och tar med föräldrar, blivande elever eller en annan klass på visning.</w:t>
            </w:r>
          </w:p>
        </w:tc>
        <w:tc>
          <w:tcPr>
            <w:tcW w:type="dxa" w:w="1474"/>
          </w:tcPr>
          <w:p>
            <w:r>
              <w:t>Temavecka, 1 vecka</w:t>
            </w:r>
          </w:p>
        </w:tc>
        <w:tc>
          <w:tcPr>
            <w:tcW w:type="dxa" w:w="1134"/>
          </w:tcPr>
          <w:p>
            <w:r>
              <w:t>vår</w:t>
            </w:r>
          </w:p>
        </w:tc>
        <w:tc>
          <w:tcPr>
            <w:tcW w:type="dxa" w:w="907"/>
          </w:tcPr>
          <w:p>
            <w:r>
              <w:t>F-3 och 4-6</w:t>
            </w:r>
          </w:p>
        </w:tc>
        <w:tc>
          <w:tcPr>
            <w:tcW w:type="dxa" w:w="1020"/>
          </w:tcPr>
          <w:p>
            <w:r>
              <w:t>2 timmar</w:t>
            </w:r>
          </w:p>
        </w:tc>
      </w:tr>
      <w:tr>
        <w:tc>
          <w:tcPr>
            <w:tcW w:type="dxa" w:w="680"/>
          </w:tcPr>
          <w:p>
            <w:r>
              <w:t>T017</w:t>
            </w:r>
          </w:p>
        </w:tc>
        <w:tc>
          <w:tcPr>
            <w:tcW w:type="dxa" w:w="4649"/>
          </w:tcPr>
          <w:p>
            <w:r>
              <w:rPr>
                <w:b/>
              </w:rPr>
              <w:t>Fritidsradion</w:t>
            </w:r>
          </w:p>
          <w:p>
            <w:r>
              <w:rPr>
                <w:sz w:val="17"/>
              </w:rPr>
              <w:t>Fritids startar en egen radio. Barnen gör intervjuer, reportage, väder och topplistor och sänder i slutet av varje vecka. Det som behövs är en platta eller dator och ett tyst hörn.</w:t>
            </w:r>
          </w:p>
        </w:tc>
        <w:tc>
          <w:tcPr>
            <w:tcW w:type="dxa" w:w="1474"/>
          </w:tcPr>
          <w:p>
            <w:r>
              <w:t>Projekt, 4-6 veckor, en till två eftermiddagar i veckan</w:t>
            </w:r>
          </w:p>
        </w:tc>
        <w:tc>
          <w:tcPr>
            <w:tcW w:type="dxa" w:w="1134"/>
          </w:tcPr>
          <w:p>
            <w:r>
              <w:t>höst</w:t>
            </w:r>
          </w:p>
        </w:tc>
        <w:tc>
          <w:tcPr>
            <w:tcW w:type="dxa" w:w="907"/>
          </w:tcPr>
          <w:p>
            <w:r>
              <w:t>F-3 och 4-6</w:t>
            </w:r>
          </w:p>
        </w:tc>
        <w:tc>
          <w:tcPr>
            <w:tcW w:type="dxa" w:w="1020"/>
          </w:tcPr>
          <w:p>
            <w:r>
              <w:t>3 timmar</w:t>
            </w:r>
          </w:p>
        </w:tc>
      </w:tr>
      <w:tr>
        <w:tc>
          <w:tcPr>
            <w:tcW w:type="dxa" w:w="680"/>
          </w:tcPr>
          <w:p>
            <w:r>
              <w:t>T018</w:t>
            </w:r>
          </w:p>
        </w:tc>
        <w:tc>
          <w:tcPr>
            <w:tcW w:type="dxa" w:w="4649"/>
          </w:tcPr>
          <w:p>
            <w:r>
              <w:rPr>
                <w:b/>
              </w:rPr>
              <w:t>Fritidstidningen</w:t>
            </w:r>
          </w:p>
          <w:p>
            <w:r>
              <w:rPr>
                <w:sz w:val="17"/>
              </w:rPr>
              <w:t>Fritidsklubben startar en tidning med redaktion, nyhetsmöte och deadline. Reportrarna lär sig skilja nyheter från rykten, kolla fakta och skriva så att även de yngre förstår.</w:t>
            </w:r>
          </w:p>
        </w:tc>
        <w:tc>
          <w:tcPr>
            <w:tcW w:type="dxa" w:w="1474"/>
          </w:tcPr>
          <w:p>
            <w:r>
              <w:t>Projekt, 4 veckor, två eftermiddagar i veckan</w:t>
            </w:r>
          </w:p>
        </w:tc>
        <w:tc>
          <w:tcPr>
            <w:tcW w:type="dxa" w:w="1134"/>
          </w:tcPr>
          <w:p>
            <w:r>
              <w:t>höst</w:t>
            </w:r>
          </w:p>
        </w:tc>
        <w:tc>
          <w:tcPr>
            <w:tcW w:type="dxa" w:w="907"/>
          </w:tcPr>
          <w:p>
            <w:r>
              <w:t>4-6</w:t>
            </w:r>
          </w:p>
        </w:tc>
        <w:tc>
          <w:tcPr>
            <w:tcW w:type="dxa" w:w="1020"/>
          </w:tcPr>
          <w:p>
            <w:r>
              <w:t>2 timmar</w:t>
            </w:r>
          </w:p>
        </w:tc>
      </w:tr>
      <w:tr>
        <w:tc>
          <w:tcPr>
            <w:tcW w:type="dxa" w:w="680"/>
          </w:tcPr>
          <w:p>
            <w:r>
              <w:t>T019</w:t>
            </w:r>
          </w:p>
        </w:tc>
        <w:tc>
          <w:tcPr>
            <w:tcW w:type="dxa" w:w="4649"/>
          </w:tcPr>
          <w:p>
            <w:r>
              <w:rPr>
                <w:b/>
              </w:rPr>
              <w:t>Minnesbanken</w:t>
            </w:r>
          </w:p>
          <w:p>
            <w:r>
              <w:rPr>
                <w:sz w:val="17"/>
              </w:rPr>
              <w:t>Hur var det att gå i skolan när mormor var tio? Barnen intervjuar en äldre person i sin närhet, spelar in svaren och samlar de bästa historierna i fritids minnesbank.</w:t>
            </w:r>
          </w:p>
        </w:tc>
        <w:tc>
          <w:tcPr>
            <w:tcW w:type="dxa" w:w="1474"/>
          </w:tcPr>
          <w:p>
            <w:r>
              <w:t>Projekt, 3-4 veckor</w:t>
            </w:r>
          </w:p>
        </w:tc>
        <w:tc>
          <w:tcPr>
            <w:tcW w:type="dxa" w:w="1134"/>
          </w:tcPr>
          <w:p>
            <w:r>
              <w:t>vinter</w:t>
            </w:r>
          </w:p>
        </w:tc>
        <w:tc>
          <w:tcPr>
            <w:tcW w:type="dxa" w:w="907"/>
          </w:tcPr>
          <w:p>
            <w:r>
              <w:t>4-6</w:t>
            </w:r>
          </w:p>
        </w:tc>
        <w:tc>
          <w:tcPr>
            <w:tcW w:type="dxa" w:w="1020"/>
          </w:tcPr>
          <w:p>
            <w:r>
              <w:t>2-3 timmar</w:t>
            </w:r>
          </w:p>
        </w:tc>
      </w:tr>
      <w:tr>
        <w:tc>
          <w:tcPr>
            <w:tcW w:type="dxa" w:w="680"/>
          </w:tcPr>
          <w:p>
            <w:r>
              <w:t>T020</w:t>
            </w:r>
          </w:p>
        </w:tc>
        <w:tc>
          <w:tcPr>
            <w:tcW w:type="dxa" w:w="4649"/>
          </w:tcPr>
          <w:p>
            <w:r>
              <w:rPr>
                <w:b/>
              </w:rPr>
              <w:t>Brevvänner</w:t>
            </w:r>
          </w:p>
          <w:p>
            <w:r>
              <w:rPr>
                <w:sz w:val="17"/>
              </w:rPr>
              <w:t>Fritids får brevvänner på ett fritids i en annan del av landet. Barnen skriver riktiga brev med frimärke, skickar teckningar och gåtor och väntar på svar.</w:t>
            </w:r>
          </w:p>
        </w:tc>
        <w:tc>
          <w:tcPr>
            <w:tcW w:type="dxa" w:w="1474"/>
          </w:tcPr>
          <w:p>
            <w:r>
              <w:t>Projekt, En termin, ett brev varannan vecka</w:t>
            </w:r>
          </w:p>
        </w:tc>
        <w:tc>
          <w:tcPr>
            <w:tcW w:type="dxa" w:w="1134"/>
          </w:tcPr>
          <w:p>
            <w:r>
              <w:t>hela året</w:t>
            </w:r>
          </w:p>
        </w:tc>
        <w:tc>
          <w:tcPr>
            <w:tcW w:type="dxa" w:w="907"/>
          </w:tcPr>
          <w:p>
            <w:r>
              <w:t>F-3 och 4-6</w:t>
            </w:r>
          </w:p>
        </w:tc>
        <w:tc>
          <w:tcPr>
            <w:tcW w:type="dxa" w:w="1020"/>
          </w:tcPr>
          <w:p>
            <w:r>
              <w:t>2 timmar plus en kvart per brevomgång</w:t>
            </w:r>
          </w:p>
        </w:tc>
      </w:tr>
      <w:tr>
        <w:tc>
          <w:tcPr>
            <w:tcW w:type="dxa" w:w="680"/>
          </w:tcPr>
          <w:p>
            <w:r>
              <w:t>T021</w:t>
            </w:r>
          </w:p>
        </w:tc>
        <w:tc>
          <w:tcPr>
            <w:tcW w:type="dxa" w:w="4649"/>
          </w:tcPr>
          <w:p>
            <w:r>
              <w:rPr>
                <w:b/>
              </w:rPr>
              <w:t>Namnjägarna</w:t>
            </w:r>
          </w:p>
          <w:p>
            <w:r>
              <w:rPr>
                <w:sz w:val="17"/>
              </w:rPr>
              <w:t>Varför heter gatan som den heter? Vad ska klätterträdet och hörnet bakom förrådet heta? Barnen undersöker namn runt skolan, döper skolgårdens platser och gör skyltar och en karta.</w:t>
            </w:r>
          </w:p>
        </w:tc>
        <w:tc>
          <w:tcPr>
            <w:tcW w:type="dxa" w:w="1474"/>
          </w:tcPr>
          <w:p>
            <w:r>
              <w:t>Projekt, 3 veckor</w:t>
            </w:r>
          </w:p>
        </w:tc>
        <w:tc>
          <w:tcPr>
            <w:tcW w:type="dxa" w:w="1134"/>
          </w:tcPr>
          <w:p>
            <w:r>
              <w:t>vår</w:t>
            </w:r>
          </w:p>
        </w:tc>
        <w:tc>
          <w:tcPr>
            <w:tcW w:type="dxa" w:w="907"/>
          </w:tcPr>
          <w:p>
            <w:r>
              <w:t>F-3</w:t>
            </w:r>
          </w:p>
        </w:tc>
        <w:tc>
          <w:tcPr>
            <w:tcW w:type="dxa" w:w="1020"/>
          </w:tcPr>
          <w:p>
            <w:r>
              <w:t>2 timmar</w:t>
            </w:r>
          </w:p>
        </w:tc>
      </w:tr>
      <w:tr>
        <w:tc>
          <w:tcPr>
            <w:tcW w:type="dxa" w:w="680"/>
          </w:tcPr>
          <w:p>
            <w:r>
              <w:t>T022</w:t>
            </w:r>
          </w:p>
        </w:tc>
        <w:tc>
          <w:tcPr>
            <w:tcW w:type="dxa" w:w="4649"/>
          </w:tcPr>
          <w:p>
            <w:r>
              <w:rPr>
                <w:b/>
              </w:rPr>
              <w:t>Bokförlaget Fritids</w:t>
            </w:r>
          </w:p>
          <w:p>
            <w:r>
              <w:rPr>
                <w:sz w:val="17"/>
              </w:rPr>
              <w:t>Ett brev kommer från en sträng förlagsredaktör som letar efter nya författare. Fritidsklubben blir ett bokförlag, skriver berättelser för 7-åringar, läser varandras texter, gör omslag och ger ut en bok som går att låna i skolbiblioteket.</w:t>
            </w:r>
          </w:p>
        </w:tc>
        <w:tc>
          <w:tcPr>
            <w:tcW w:type="dxa" w:w="1474"/>
          </w:tcPr>
          <w:p>
            <w:r>
              <w:t>Projekt, 5-6 veckor, två eftermiddagar i veckan</w:t>
            </w:r>
          </w:p>
        </w:tc>
        <w:tc>
          <w:tcPr>
            <w:tcW w:type="dxa" w:w="1134"/>
          </w:tcPr>
          <w:p>
            <w:r>
              <w:t>vinter</w:t>
            </w:r>
          </w:p>
        </w:tc>
        <w:tc>
          <w:tcPr>
            <w:tcW w:type="dxa" w:w="907"/>
          </w:tcPr>
          <w:p>
            <w:r>
              <w:t>4-6</w:t>
            </w:r>
          </w:p>
        </w:tc>
        <w:tc>
          <w:tcPr>
            <w:tcW w:type="dxa" w:w="1020"/>
          </w:tcPr>
          <w:p>
            <w:r>
              <w:t>3 timmar</w:t>
            </w:r>
          </w:p>
        </w:tc>
      </w:tr>
      <w:tr>
        <w:tc>
          <w:tcPr>
            <w:tcW w:type="dxa" w:w="680"/>
          </w:tcPr>
          <w:p>
            <w:r>
              <w:t>T023</w:t>
            </w:r>
          </w:p>
        </w:tc>
        <w:tc>
          <w:tcPr>
            <w:tcW w:type="dxa" w:w="4649"/>
          </w:tcPr>
          <w:p>
            <w:r>
              <w:rPr>
                <w:b/>
              </w:rPr>
              <w:t>Läslovets läsmaraton</w:t>
            </w:r>
          </w:p>
          <w:p>
            <w:r>
              <w:rPr>
                <w:sz w:val="17"/>
              </w:rPr>
              <w:t>Under läslovet förvandlas fritids till ett läsläger. Kojor, ficklampor, högläsning i stafett och ett gemensamt mål: hur många minuter läser fritids tillsammans på en vecka?</w:t>
            </w:r>
          </w:p>
        </w:tc>
        <w:tc>
          <w:tcPr>
            <w:tcW w:type="dxa" w:w="1474"/>
          </w:tcPr>
          <w:p>
            <w:r>
              <w:t>Tradition, Varje år under läslovet vecka 44, 3-5 dagar</w:t>
            </w:r>
          </w:p>
        </w:tc>
        <w:tc>
          <w:tcPr>
            <w:tcW w:type="dxa" w:w="1134"/>
          </w:tcPr>
          <w:p>
            <w:r>
              <w:t>höst</w:t>
            </w:r>
          </w:p>
        </w:tc>
        <w:tc>
          <w:tcPr>
            <w:tcW w:type="dxa" w:w="907"/>
          </w:tcPr>
          <w:p>
            <w:r>
              <w:t>F-3 och 4-6</w:t>
            </w:r>
          </w:p>
        </w:tc>
        <w:tc>
          <w:tcPr>
            <w:tcW w:type="dxa" w:w="1020"/>
          </w:tcPr>
          <w:p>
            <w:r>
              <w:t>2-3 timmar</w:t>
            </w:r>
          </w:p>
        </w:tc>
      </w:tr>
      <w:tr>
        <w:tc>
          <w:tcPr>
            <w:tcW w:type="dxa" w:w="680"/>
          </w:tcPr>
          <w:p>
            <w:r>
              <w:t>T024</w:t>
            </w:r>
          </w:p>
        </w:tc>
        <w:tc>
          <w:tcPr>
            <w:tcW w:type="dxa" w:w="4649"/>
          </w:tcPr>
          <w:p>
            <w:r>
              <w:rPr>
                <w:b/>
              </w:rPr>
              <w:t>Fritidsstämman</w:t>
            </w:r>
          </w:p>
          <w:p>
            <w:r>
              <w:rPr>
                <w:sz w:val="17"/>
              </w:rPr>
              <w:t>En gång i månaden har fritids stämma. Barnen lämnar förslag, debatterar och röstar, och personalen återkommer med vad som hände. Det är demokrati på riktigt, i lagom storlek.</w:t>
            </w:r>
          </w:p>
        </w:tc>
        <w:tc>
          <w:tcPr>
            <w:tcW w:type="dxa" w:w="1474"/>
          </w:tcPr>
          <w:p>
            <w:r>
              <w:t>Tradition, En stämma i månaden, ca 45 min, hela läsåret</w:t>
            </w:r>
          </w:p>
        </w:tc>
        <w:tc>
          <w:tcPr>
            <w:tcW w:type="dxa" w:w="1134"/>
          </w:tcPr>
          <w:p>
            <w:r>
              <w:t>hela året</w:t>
            </w:r>
          </w:p>
        </w:tc>
        <w:tc>
          <w:tcPr>
            <w:tcW w:type="dxa" w:w="907"/>
          </w:tcPr>
          <w:p>
            <w:r>
              <w:t>F-3 och 4-6</w:t>
            </w:r>
          </w:p>
        </w:tc>
        <w:tc>
          <w:tcPr>
            <w:tcW w:type="dxa" w:w="1020"/>
          </w:tcPr>
          <w:p>
            <w:r>
              <w:t>1 timme första gången, sedan 15 minuter per stämma</w:t>
            </w:r>
          </w:p>
        </w:tc>
      </w:tr>
      <w:tr>
        <w:tc>
          <w:tcPr>
            <w:tcW w:type="dxa" w:w="680"/>
          </w:tcPr>
          <w:p>
            <w:r>
              <w:t>T025</w:t>
            </w:r>
          </w:p>
        </w:tc>
        <w:tc>
          <w:tcPr>
            <w:tcW w:type="dxa" w:w="4649"/>
          </w:tcPr>
          <w:p>
            <w:r>
              <w:rPr>
                <w:b/>
              </w:rPr>
              <w:t>Berättarnas dag</w:t>
            </w:r>
          </w:p>
          <w:p>
            <w:r>
              <w:rPr>
                <w:sz w:val="17"/>
              </w:rPr>
              <w:t>Världsberättardagen den 20 mars har sina rötter i Sverige. Den dagen berättar fritids historier utan bok och utan skärm. Barn, personal och inbjudna gäster turas om vid en berättareld.</w:t>
            </w:r>
          </w:p>
        </w:tc>
        <w:tc>
          <w:tcPr>
            <w:tcW w:type="dxa" w:w="1474"/>
          </w:tcPr>
          <w:p>
            <w:r>
              <w:t>Tradition, Varje år den 20 mars, med förberedelser veckan före</w:t>
            </w:r>
          </w:p>
        </w:tc>
        <w:tc>
          <w:tcPr>
            <w:tcW w:type="dxa" w:w="1134"/>
          </w:tcPr>
          <w:p>
            <w:r>
              <w:t>vår</w:t>
            </w:r>
          </w:p>
        </w:tc>
        <w:tc>
          <w:tcPr>
            <w:tcW w:type="dxa" w:w="907"/>
          </w:tcPr>
          <w:p>
            <w:r>
              <w:t>F-3 och 4-6</w:t>
            </w:r>
          </w:p>
        </w:tc>
        <w:tc>
          <w:tcPr>
            <w:tcW w:type="dxa" w:w="1020"/>
          </w:tcPr>
          <w:p>
            <w:r>
              <w:t>2 timmar</w:t>
            </w:r>
          </w:p>
        </w:tc>
      </w:tr>
    </w:tbl>
    <w:p>
      <w:pPr>
        <w:pStyle w:val="Heading2"/>
      </w:pPr>
      <w:r>
        <w:rPr>
          <w:color w:val="E5517F"/>
        </w:rPr>
        <w:t>Skapande och estetiska uttrycksformer (25)</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680"/>
            <w:shd w:val="clear" w:color="auto" w:fill="E5517F"/>
          </w:tcPr>
          <w:p>
            <w:r>
              <w:rPr>
                <w:b/>
                <w:color w:val="FFFFFF"/>
              </w:rPr>
              <w:t>Nr</w:t>
            </w:r>
          </w:p>
        </w:tc>
        <w:tc>
          <w:tcPr>
            <w:tcW w:type="dxa" w:w="4649"/>
            <w:shd w:val="clear" w:color="auto" w:fill="E5517F"/>
          </w:tcPr>
          <w:p>
            <w:r>
              <w:rPr>
                <w:b/>
                <w:color w:val="FFFFFF"/>
              </w:rPr>
              <w:t>Tema</w:t>
            </w:r>
          </w:p>
        </w:tc>
        <w:tc>
          <w:tcPr>
            <w:tcW w:type="dxa" w:w="1474"/>
            <w:shd w:val="clear" w:color="auto" w:fill="E5517F"/>
          </w:tcPr>
          <w:p>
            <w:r>
              <w:rPr>
                <w:b/>
                <w:color w:val="FFFFFF"/>
              </w:rPr>
              <w:t>Storlek</w:t>
            </w:r>
          </w:p>
        </w:tc>
        <w:tc>
          <w:tcPr>
            <w:tcW w:type="dxa" w:w="1134"/>
            <w:shd w:val="clear" w:color="auto" w:fill="E5517F"/>
          </w:tcPr>
          <w:p>
            <w:r>
              <w:rPr>
                <w:b/>
                <w:color w:val="FFFFFF"/>
              </w:rPr>
              <w:t>När</w:t>
            </w:r>
          </w:p>
        </w:tc>
        <w:tc>
          <w:tcPr>
            <w:tcW w:type="dxa" w:w="907"/>
            <w:shd w:val="clear" w:color="auto" w:fill="E5517F"/>
          </w:tcPr>
          <w:p>
            <w:r>
              <w:rPr>
                <w:b/>
                <w:color w:val="FFFFFF"/>
              </w:rPr>
              <w:t>För</w:t>
            </w:r>
          </w:p>
        </w:tc>
        <w:tc>
          <w:tcPr>
            <w:tcW w:type="dxa" w:w="1020"/>
            <w:shd w:val="clear" w:color="auto" w:fill="E5517F"/>
          </w:tcPr>
          <w:p>
            <w:r>
              <w:rPr>
                <w:b/>
                <w:color w:val="FFFFFF"/>
              </w:rPr>
              <w:t>Förb.</w:t>
            </w:r>
          </w:p>
        </w:tc>
      </w:tr>
      <w:tr>
        <w:tc>
          <w:tcPr>
            <w:tcW w:type="dxa" w:w="680"/>
          </w:tcPr>
          <w:p>
            <w:r>
              <w:t>T026</w:t>
            </w:r>
          </w:p>
        </w:tc>
        <w:tc>
          <w:tcPr>
            <w:tcW w:type="dxa" w:w="4649"/>
          </w:tcPr>
          <w:p>
            <w:r>
              <w:rPr>
                <w:b/>
              </w:rPr>
              <w:t>Skuggteatern</w:t>
            </w:r>
          </w:p>
          <w:p>
            <w:r>
              <w:rPr>
                <w:sz w:val="17"/>
              </w:rPr>
              <w:t>Svart papp, en pinne och en lampa räcker för att göra teater. Grupperna bygger sina figurer och spelar upp korta skuggföreställningar för varandra när det blivit mörkt ute.</w:t>
            </w:r>
          </w:p>
        </w:tc>
        <w:tc>
          <w:tcPr>
            <w:tcW w:type="dxa" w:w="1474"/>
          </w:tcPr>
          <w:p>
            <w:r>
              <w:t>En eftermiddag, En eftermiddag, ca 2 timmar</w:t>
            </w:r>
          </w:p>
        </w:tc>
        <w:tc>
          <w:tcPr>
            <w:tcW w:type="dxa" w:w="1134"/>
          </w:tcPr>
          <w:p>
            <w:r>
              <w:t>höst, vinter</w:t>
            </w:r>
          </w:p>
        </w:tc>
        <w:tc>
          <w:tcPr>
            <w:tcW w:type="dxa" w:w="907"/>
          </w:tcPr>
          <w:p>
            <w:r>
              <w:t>F-3 och 4-6</w:t>
            </w:r>
          </w:p>
        </w:tc>
        <w:tc>
          <w:tcPr>
            <w:tcW w:type="dxa" w:w="1020"/>
          </w:tcPr>
          <w:p>
            <w:r>
              <w:t>1 timme</w:t>
            </w:r>
          </w:p>
        </w:tc>
      </w:tr>
      <w:tr>
        <w:tc>
          <w:tcPr>
            <w:tcW w:type="dxa" w:w="680"/>
          </w:tcPr>
          <w:p>
            <w:r>
              <w:t>T027</w:t>
            </w:r>
          </w:p>
        </w:tc>
        <w:tc>
          <w:tcPr>
            <w:tcW w:type="dxa" w:w="4649"/>
          </w:tcPr>
          <w:p>
            <w:r>
              <w:rPr>
                <w:b/>
              </w:rPr>
              <w:t>Kritfestivalen på skolgården</w:t>
            </w:r>
          </w:p>
          <w:p>
            <w:r>
              <w:rPr>
                <w:sz w:val="17"/>
              </w:rPr>
              <w:t>Skolgården blir ett galleri för en eftermiddag. Varje konstnär får en egen ruta på asfalten och prövar tekniker som gör kritan till något mer än streckgubbar.</w:t>
            </w:r>
          </w:p>
        </w:tc>
        <w:tc>
          <w:tcPr>
            <w:tcW w:type="dxa" w:w="1474"/>
          </w:tcPr>
          <w:p>
            <w:r>
              <w:t>En eftermiddag, En eftermiddag, 1,5-2 timmar</w:t>
            </w:r>
          </w:p>
        </w:tc>
        <w:tc>
          <w:tcPr>
            <w:tcW w:type="dxa" w:w="1134"/>
          </w:tcPr>
          <w:p>
            <w:r>
              <w:t>vår, sommar</w:t>
            </w:r>
          </w:p>
        </w:tc>
        <w:tc>
          <w:tcPr>
            <w:tcW w:type="dxa" w:w="907"/>
          </w:tcPr>
          <w:p>
            <w:r>
              <w:t>F-3 och 4-6</w:t>
            </w:r>
          </w:p>
        </w:tc>
        <w:tc>
          <w:tcPr>
            <w:tcW w:type="dxa" w:w="1020"/>
          </w:tcPr>
          <w:p>
            <w:r>
              <w:t>1 timme</w:t>
            </w:r>
          </w:p>
        </w:tc>
      </w:tr>
      <w:tr>
        <w:tc>
          <w:tcPr>
            <w:tcW w:type="dxa" w:w="680"/>
          </w:tcPr>
          <w:p>
            <w:r>
              <w:t>T028</w:t>
            </w:r>
          </w:p>
        </w:tc>
        <w:tc>
          <w:tcPr>
            <w:tcW w:type="dxa" w:w="4649"/>
          </w:tcPr>
          <w:p>
            <w:r>
              <w:rPr>
                <w:b/>
              </w:rPr>
              <w:t>Isskulpturer i färg</w:t>
            </w:r>
          </w:p>
          <w:p>
            <w:r>
              <w:rPr>
                <w:sz w:val="17"/>
              </w:rPr>
              <w:t>Färgade isblock blir byggklossar. Lagen staplar, fogar med snö och bygger skulpturer som lyser när solen går igenom.</w:t>
            </w:r>
          </w:p>
        </w:tc>
        <w:tc>
          <w:tcPr>
            <w:tcW w:type="dxa" w:w="1474"/>
          </w:tcPr>
          <w:p>
            <w:r>
              <w:t>En eftermiddag, Förberedelse 1-2 dagar, bygge en eftermiddag</w:t>
            </w:r>
          </w:p>
        </w:tc>
        <w:tc>
          <w:tcPr>
            <w:tcW w:type="dxa" w:w="1134"/>
          </w:tcPr>
          <w:p>
            <w:r>
              <w:t>vinter</w:t>
            </w:r>
          </w:p>
        </w:tc>
        <w:tc>
          <w:tcPr>
            <w:tcW w:type="dxa" w:w="907"/>
          </w:tcPr>
          <w:p>
            <w:r>
              <w:t>F-3 och 4-6</w:t>
            </w:r>
          </w:p>
        </w:tc>
        <w:tc>
          <w:tcPr>
            <w:tcW w:type="dxa" w:w="1020"/>
          </w:tcPr>
          <w:p>
            <w:r>
              <w:t>1-2 timmar fördelat på två dagar</w:t>
            </w:r>
          </w:p>
        </w:tc>
      </w:tr>
      <w:tr>
        <w:tc>
          <w:tcPr>
            <w:tcW w:type="dxa" w:w="680"/>
          </w:tcPr>
          <w:p>
            <w:r>
              <w:t>T029</w:t>
            </w:r>
          </w:p>
        </w:tc>
        <w:tc>
          <w:tcPr>
            <w:tcW w:type="dxa" w:w="4649"/>
          </w:tcPr>
          <w:p>
            <w:r>
              <w:rPr>
                <w:b/>
              </w:rPr>
              <w:t>Porträttstudion</w:t>
            </w:r>
          </w:p>
          <w:p>
            <w:r>
              <w:rPr>
                <w:sz w:val="17"/>
              </w:rPr>
              <w:t>Rita en kompis utan att titta på pappret. Det blir alltid fel och ofta roligt, och efter några varv börjar händerna lära sig att se. Avsluta med ett riktigt porträtt.</w:t>
            </w:r>
          </w:p>
        </w:tc>
        <w:tc>
          <w:tcPr>
            <w:tcW w:type="dxa" w:w="1474"/>
          </w:tcPr>
          <w:p>
            <w:r>
              <w:t>En eftermiddag, En eftermiddag, 1,5 timme</w:t>
            </w:r>
          </w:p>
        </w:tc>
        <w:tc>
          <w:tcPr>
            <w:tcW w:type="dxa" w:w="1134"/>
          </w:tcPr>
          <w:p>
            <w:r>
              <w:t>hela året</w:t>
            </w:r>
          </w:p>
        </w:tc>
        <w:tc>
          <w:tcPr>
            <w:tcW w:type="dxa" w:w="907"/>
          </w:tcPr>
          <w:p>
            <w:r>
              <w:t>4-6</w:t>
            </w:r>
          </w:p>
        </w:tc>
        <w:tc>
          <w:tcPr>
            <w:tcW w:type="dxa" w:w="1020"/>
          </w:tcPr>
          <w:p>
            <w:r>
              <w:t>30 minuter</w:t>
            </w:r>
          </w:p>
        </w:tc>
      </w:tr>
      <w:tr>
        <w:tc>
          <w:tcPr>
            <w:tcW w:type="dxa" w:w="680"/>
          </w:tcPr>
          <w:p>
            <w:r>
              <w:t>T030</w:t>
            </w:r>
          </w:p>
        </w:tc>
        <w:tc>
          <w:tcPr>
            <w:tcW w:type="dxa" w:w="4649"/>
          </w:tcPr>
          <w:p>
            <w:r>
              <w:rPr>
                <w:b/>
              </w:rPr>
              <w:t>Tryckverkstaden</w:t>
            </w:r>
          </w:p>
          <w:p>
            <w:r>
              <w:rPr>
                <w:sz w:val="17"/>
              </w:rPr>
              <w:t>Rita i en frigolitbricka, rulla på färg och tryck. Samma bild kan bli tio olika tryck, och det är där det blir intressant.</w:t>
            </w:r>
          </w:p>
        </w:tc>
        <w:tc>
          <w:tcPr>
            <w:tcW w:type="dxa" w:w="1474"/>
          </w:tcPr>
          <w:p>
            <w:r>
              <w:t>En eftermiddag, En eftermiddag, ca 2 timmar</w:t>
            </w:r>
          </w:p>
        </w:tc>
        <w:tc>
          <w:tcPr>
            <w:tcW w:type="dxa" w:w="1134"/>
          </w:tcPr>
          <w:p>
            <w:r>
              <w:t>hela året</w:t>
            </w:r>
          </w:p>
        </w:tc>
        <w:tc>
          <w:tcPr>
            <w:tcW w:type="dxa" w:w="907"/>
          </w:tcPr>
          <w:p>
            <w:r>
              <w:t>F-3 och 4-6</w:t>
            </w:r>
          </w:p>
        </w:tc>
        <w:tc>
          <w:tcPr>
            <w:tcW w:type="dxa" w:w="1020"/>
          </w:tcPr>
          <w:p>
            <w:r>
              <w:t>1 timme</w:t>
            </w:r>
          </w:p>
        </w:tc>
      </w:tr>
      <w:tr>
        <w:tc>
          <w:tcPr>
            <w:tcW w:type="dxa" w:w="680"/>
          </w:tcPr>
          <w:p>
            <w:r>
              <w:t>T031</w:t>
            </w:r>
          </w:p>
        </w:tc>
        <w:tc>
          <w:tcPr>
            <w:tcW w:type="dxa" w:w="4649"/>
          </w:tcPr>
          <w:p>
            <w:r>
              <w:rPr>
                <w:b/>
              </w:rPr>
              <w:t>Hinkorkestern</w:t>
            </w:r>
          </w:p>
          <w:p>
            <w:r>
              <w:rPr>
                <w:sz w:val="17"/>
              </w:rPr>
              <w:t>Upp och nervända hinkar och ett par pinnar blir en trumorkester. Det låter mycket, det låter bra snabbt och det går att bli riktigt skicklig.</w:t>
            </w:r>
          </w:p>
        </w:tc>
        <w:tc>
          <w:tcPr>
            <w:tcW w:type="dxa" w:w="1474"/>
          </w:tcPr>
          <w:p>
            <w:r>
              <w:t>En eftermiddag, En eftermiddag, 1-1,5 timme, kan upprepas</w:t>
            </w:r>
          </w:p>
        </w:tc>
        <w:tc>
          <w:tcPr>
            <w:tcW w:type="dxa" w:w="1134"/>
          </w:tcPr>
          <w:p>
            <w:r>
              <w:t>vår, sommar</w:t>
            </w:r>
          </w:p>
        </w:tc>
        <w:tc>
          <w:tcPr>
            <w:tcW w:type="dxa" w:w="907"/>
          </w:tcPr>
          <w:p>
            <w:r>
              <w:t>4-6</w:t>
            </w:r>
          </w:p>
        </w:tc>
        <w:tc>
          <w:tcPr>
            <w:tcW w:type="dxa" w:w="1020"/>
          </w:tcPr>
          <w:p>
            <w:r>
              <w:t>1-2 timmar</w:t>
            </w:r>
          </w:p>
        </w:tc>
      </w:tr>
      <w:tr>
        <w:tc>
          <w:tcPr>
            <w:tcW w:type="dxa" w:w="680"/>
          </w:tcPr>
          <w:p>
            <w:r>
              <w:t>T032</w:t>
            </w:r>
          </w:p>
        </w:tc>
        <w:tc>
          <w:tcPr>
            <w:tcW w:type="dxa" w:w="4649"/>
          </w:tcPr>
          <w:p>
            <w:r>
              <w:rPr>
                <w:b/>
              </w:rPr>
              <w:t>Land art i skogsbrynet</w:t>
            </w:r>
          </w:p>
          <w:p>
            <w:r>
              <w:rPr>
                <w:sz w:val="17"/>
              </w:rPr>
              <w:t>Konstnärer som Andy Goldsworthy gör konst av löv, stenar och pinnar och låter naturen ta tillbaka den. Barnen bygger egna verk där de står och fotograferar dem innan vinden kommer.</w:t>
            </w:r>
          </w:p>
        </w:tc>
        <w:tc>
          <w:tcPr>
            <w:tcW w:type="dxa" w:w="1474"/>
          </w:tcPr>
          <w:p>
            <w:r>
              <w:t>En eftermiddag, En eftermiddag, ca 2 timmar</w:t>
            </w:r>
          </w:p>
        </w:tc>
        <w:tc>
          <w:tcPr>
            <w:tcW w:type="dxa" w:w="1134"/>
          </w:tcPr>
          <w:p>
            <w:r>
              <w:t>höst</w:t>
            </w:r>
          </w:p>
        </w:tc>
        <w:tc>
          <w:tcPr>
            <w:tcW w:type="dxa" w:w="907"/>
          </w:tcPr>
          <w:p>
            <w:r>
              <w:t>F-3</w:t>
            </w:r>
          </w:p>
        </w:tc>
        <w:tc>
          <w:tcPr>
            <w:tcW w:type="dxa" w:w="1020"/>
          </w:tcPr>
          <w:p>
            <w:r>
              <w:t>45 minuter</w:t>
            </w:r>
          </w:p>
        </w:tc>
      </w:tr>
      <w:tr>
        <w:tc>
          <w:tcPr>
            <w:tcW w:type="dxa" w:w="680"/>
          </w:tcPr>
          <w:p>
            <w:r>
              <w:t>T033</w:t>
            </w:r>
          </w:p>
        </w:tc>
        <w:tc>
          <w:tcPr>
            <w:tcW w:type="dxa" w:w="4649"/>
          </w:tcPr>
          <w:p>
            <w:r>
              <w:rPr>
                <w:b/>
              </w:rPr>
              <w:t>Måla musiken</w:t>
            </w:r>
          </w:p>
          <w:p>
            <w:r>
              <w:rPr>
                <w:sz w:val="17"/>
              </w:rPr>
              <w:t>Wassily Kandinsky tyckte att färger hade ljud. Barnen lyssnar på olika musik och målar det de hör, och alla bilder sätts till sist ihop till ett stort verk.</w:t>
            </w:r>
          </w:p>
        </w:tc>
        <w:tc>
          <w:tcPr>
            <w:tcW w:type="dxa" w:w="1474"/>
          </w:tcPr>
          <w:p>
            <w:r>
              <w:t>En eftermiddag, En eftermiddag, ca 1,5 timme</w:t>
            </w:r>
          </w:p>
        </w:tc>
        <w:tc>
          <w:tcPr>
            <w:tcW w:type="dxa" w:w="1134"/>
          </w:tcPr>
          <w:p>
            <w:r>
              <w:t>hela året</w:t>
            </w:r>
          </w:p>
        </w:tc>
        <w:tc>
          <w:tcPr>
            <w:tcW w:type="dxa" w:w="907"/>
          </w:tcPr>
          <w:p>
            <w:r>
              <w:t>F-3</w:t>
            </w:r>
          </w:p>
        </w:tc>
        <w:tc>
          <w:tcPr>
            <w:tcW w:type="dxa" w:w="1020"/>
          </w:tcPr>
          <w:p>
            <w:r>
              <w:t>45 minuter</w:t>
            </w:r>
          </w:p>
        </w:tc>
      </w:tr>
      <w:tr>
        <w:tc>
          <w:tcPr>
            <w:tcW w:type="dxa" w:w="680"/>
          </w:tcPr>
          <w:p>
            <w:r>
              <w:t>T034</w:t>
            </w:r>
          </w:p>
        </w:tc>
        <w:tc>
          <w:tcPr>
            <w:tcW w:type="dxa" w:w="4649"/>
          </w:tcPr>
          <w:p>
            <w:r>
              <w:rPr>
                <w:b/>
              </w:rPr>
              <w:t>Stop motion-veckan med filmfestival</w:t>
            </w:r>
          </w:p>
          <w:p>
            <w:r>
              <w:rPr>
                <w:sz w:val="17"/>
              </w:rPr>
              <w:t>Varje filmlag gör en kort animerad film med lera, papper eller saker från lådan. På fredagen är det filmfestival med biljetter, popcorn och priser.</w:t>
            </w:r>
          </w:p>
        </w:tc>
        <w:tc>
          <w:tcPr>
            <w:tcW w:type="dxa" w:w="1474"/>
          </w:tcPr>
          <w:p>
            <w:r>
              <w:t>Temavecka, 1 vecka</w:t>
            </w:r>
          </w:p>
        </w:tc>
        <w:tc>
          <w:tcPr>
            <w:tcW w:type="dxa" w:w="1134"/>
          </w:tcPr>
          <w:p>
            <w:r>
              <w:t>höst</w:t>
            </w:r>
          </w:p>
        </w:tc>
        <w:tc>
          <w:tcPr>
            <w:tcW w:type="dxa" w:w="907"/>
          </w:tcPr>
          <w:p>
            <w:r>
              <w:t>F-3 och 4-6</w:t>
            </w:r>
          </w:p>
        </w:tc>
        <w:tc>
          <w:tcPr>
            <w:tcW w:type="dxa" w:w="1020"/>
          </w:tcPr>
          <w:p>
            <w:r>
              <w:t>3 timmar</w:t>
            </w:r>
          </w:p>
        </w:tc>
      </w:tr>
      <w:tr>
        <w:tc>
          <w:tcPr>
            <w:tcW w:type="dxa" w:w="680"/>
          </w:tcPr>
          <w:p>
            <w:r>
              <w:t>T035</w:t>
            </w:r>
          </w:p>
        </w:tc>
        <w:tc>
          <w:tcPr>
            <w:tcW w:type="dxa" w:w="4649"/>
          </w:tcPr>
          <w:p>
            <w:r>
              <w:rPr>
                <w:b/>
              </w:rPr>
              <w:t>Dansveckan</w:t>
            </w:r>
          </w:p>
          <w:p>
            <w:r>
              <w:rPr>
                <w:sz w:val="17"/>
              </w:rPr>
              <w:t>Danslagen gör egna koreografier från ord, bilder och musik. Ingen behöver kunna dansa från början, det handlar om att hitta på rörelser och sätta ihop dem.</w:t>
            </w:r>
          </w:p>
        </w:tc>
        <w:tc>
          <w:tcPr>
            <w:tcW w:type="dxa" w:w="1474"/>
          </w:tcPr>
          <w:p>
            <w:r>
              <w:t>Temavecka, 1 vecka, 45-60 minuter per dag</w:t>
            </w:r>
          </w:p>
        </w:tc>
        <w:tc>
          <w:tcPr>
            <w:tcW w:type="dxa" w:w="1134"/>
          </w:tcPr>
          <w:p>
            <w:r>
              <w:t>vår</w:t>
            </w:r>
          </w:p>
        </w:tc>
        <w:tc>
          <w:tcPr>
            <w:tcW w:type="dxa" w:w="907"/>
          </w:tcPr>
          <w:p>
            <w:r>
              <w:t>F-3 och 4-6</w:t>
            </w:r>
          </w:p>
        </w:tc>
        <w:tc>
          <w:tcPr>
            <w:tcW w:type="dxa" w:w="1020"/>
          </w:tcPr>
          <w:p>
            <w:r>
              <w:t>2 timmar</w:t>
            </w:r>
          </w:p>
        </w:tc>
      </w:tr>
      <w:tr>
        <w:tc>
          <w:tcPr>
            <w:tcW w:type="dxa" w:w="680"/>
          </w:tcPr>
          <w:p>
            <w:r>
              <w:t>T036</w:t>
            </w:r>
          </w:p>
        </w:tc>
        <w:tc>
          <w:tcPr>
            <w:tcW w:type="dxa" w:w="4649"/>
          </w:tcPr>
          <w:p>
            <w:r>
              <w:rPr>
                <w:b/>
              </w:rPr>
              <w:t>Återbruksmode och catwalk</w:t>
            </w:r>
          </w:p>
          <w:p>
            <w:r>
              <w:rPr>
                <w:sz w:val="17"/>
              </w:rPr>
              <w:t>Sopsäckar, gamla kläder, tidningar och folie blir mode. Designlagen skissar, bygger och visar sin kollektion på en riktig catwalk med musik och ljus.</w:t>
            </w:r>
          </w:p>
        </w:tc>
        <w:tc>
          <w:tcPr>
            <w:tcW w:type="dxa" w:w="1474"/>
          </w:tcPr>
          <w:p>
            <w:r>
              <w:t>Temavecka, 1 vecka</w:t>
            </w:r>
          </w:p>
        </w:tc>
        <w:tc>
          <w:tcPr>
            <w:tcW w:type="dxa" w:w="1134"/>
          </w:tcPr>
          <w:p>
            <w:r>
              <w:t>vår</w:t>
            </w:r>
          </w:p>
        </w:tc>
        <w:tc>
          <w:tcPr>
            <w:tcW w:type="dxa" w:w="907"/>
          </w:tcPr>
          <w:p>
            <w:r>
              <w:t>F-3 och 4-6</w:t>
            </w:r>
          </w:p>
        </w:tc>
        <w:tc>
          <w:tcPr>
            <w:tcW w:type="dxa" w:w="1020"/>
          </w:tcPr>
          <w:p>
            <w:r>
              <w:t>3 timmar plus insamling</w:t>
            </w:r>
          </w:p>
        </w:tc>
      </w:tr>
      <w:tr>
        <w:tc>
          <w:tcPr>
            <w:tcW w:type="dxa" w:w="680"/>
          </w:tcPr>
          <w:p>
            <w:r>
              <w:t>T037</w:t>
            </w:r>
          </w:p>
        </w:tc>
        <w:tc>
          <w:tcPr>
            <w:tcW w:type="dxa" w:w="4649"/>
          </w:tcPr>
          <w:p>
            <w:r>
              <w:rPr>
                <w:b/>
              </w:rPr>
              <w:t>Seriefestivalen</w:t>
            </w:r>
          </w:p>
          <w:p>
            <w:r>
              <w:rPr>
                <w:sz w:val="17"/>
              </w:rPr>
              <w:t>En vecka för serietecknare. Barnen skapar en figur, lär sig rutor, pratbubblor och ljudord, och gör ett eget seriehäfte som säljs eller byts på festivalen.</w:t>
            </w:r>
          </w:p>
        </w:tc>
        <w:tc>
          <w:tcPr>
            <w:tcW w:type="dxa" w:w="1474"/>
          </w:tcPr>
          <w:p>
            <w:r>
              <w:t>Temavecka, 1 vecka</w:t>
            </w:r>
          </w:p>
        </w:tc>
        <w:tc>
          <w:tcPr>
            <w:tcW w:type="dxa" w:w="1134"/>
          </w:tcPr>
          <w:p>
            <w:r>
              <w:t>höst</w:t>
            </w:r>
          </w:p>
        </w:tc>
        <w:tc>
          <w:tcPr>
            <w:tcW w:type="dxa" w:w="907"/>
          </w:tcPr>
          <w:p>
            <w:r>
              <w:t>4-6</w:t>
            </w:r>
          </w:p>
        </w:tc>
        <w:tc>
          <w:tcPr>
            <w:tcW w:type="dxa" w:w="1020"/>
          </w:tcPr>
          <w:p>
            <w:r>
              <w:t>2 timmar</w:t>
            </w:r>
          </w:p>
        </w:tc>
      </w:tr>
      <w:tr>
        <w:tc>
          <w:tcPr>
            <w:tcW w:type="dxa" w:w="680"/>
          </w:tcPr>
          <w:p>
            <w:r>
              <w:t>T038</w:t>
            </w:r>
          </w:p>
        </w:tc>
        <w:tc>
          <w:tcPr>
            <w:tcW w:type="dxa" w:w="4649"/>
          </w:tcPr>
          <w:p>
            <w:r>
              <w:rPr>
                <w:b/>
              </w:rPr>
              <w:t>Tygtrycksveckan</w:t>
            </w:r>
          </w:p>
          <w:p>
            <w:r>
              <w:rPr>
                <w:sz w:val="17"/>
              </w:rPr>
              <w:t>Barnen gör egna stämplar och schabloner och trycker mönster på tygpåsar. Påsen används sedan på riktigt.</w:t>
            </w:r>
          </w:p>
        </w:tc>
        <w:tc>
          <w:tcPr>
            <w:tcW w:type="dxa" w:w="1474"/>
          </w:tcPr>
          <w:p>
            <w:r>
              <w:t>Temavecka, 1 vecka, 1 timme per dag</w:t>
            </w:r>
          </w:p>
        </w:tc>
        <w:tc>
          <w:tcPr>
            <w:tcW w:type="dxa" w:w="1134"/>
          </w:tcPr>
          <w:p>
            <w:r>
              <w:t>höst, vår</w:t>
            </w:r>
          </w:p>
        </w:tc>
        <w:tc>
          <w:tcPr>
            <w:tcW w:type="dxa" w:w="907"/>
          </w:tcPr>
          <w:p>
            <w:r>
              <w:t>F-3 och 4-6</w:t>
            </w:r>
          </w:p>
        </w:tc>
        <w:tc>
          <w:tcPr>
            <w:tcW w:type="dxa" w:w="1020"/>
          </w:tcPr>
          <w:p>
            <w:r>
              <w:t>2 timmar</w:t>
            </w:r>
          </w:p>
        </w:tc>
      </w:tr>
      <w:tr>
        <w:tc>
          <w:tcPr>
            <w:tcW w:type="dxa" w:w="680"/>
          </w:tcPr>
          <w:p>
            <w:r>
              <w:t>T039</w:t>
            </w:r>
          </w:p>
        </w:tc>
        <w:tc>
          <w:tcPr>
            <w:tcW w:type="dxa" w:w="4649"/>
          </w:tcPr>
          <w:p>
            <w:r>
              <w:rPr>
                <w:b/>
              </w:rPr>
              <w:t>Lerveckan</w:t>
            </w:r>
          </w:p>
          <w:p>
            <w:r>
              <w:rPr>
                <w:sz w:val="17"/>
              </w:rPr>
              <w:t>Barnen lär sig nypa, rulla och foga lera som en keramiker. Det blir en skål eller en kruka med egna mönster och en figur att ta hem.</w:t>
            </w:r>
          </w:p>
        </w:tc>
        <w:tc>
          <w:tcPr>
            <w:tcW w:type="dxa" w:w="1474"/>
          </w:tcPr>
          <w:p>
            <w:r>
              <w:t>Temavecka, 1 vecka plus torktid</w:t>
            </w:r>
          </w:p>
        </w:tc>
        <w:tc>
          <w:tcPr>
            <w:tcW w:type="dxa" w:w="1134"/>
          </w:tcPr>
          <w:p>
            <w:r>
              <w:t>vinter</w:t>
            </w:r>
          </w:p>
        </w:tc>
        <w:tc>
          <w:tcPr>
            <w:tcW w:type="dxa" w:w="907"/>
          </w:tcPr>
          <w:p>
            <w:r>
              <w:t>F-3 och 4-6</w:t>
            </w:r>
          </w:p>
        </w:tc>
        <w:tc>
          <w:tcPr>
            <w:tcW w:type="dxa" w:w="1020"/>
          </w:tcPr>
          <w:p>
            <w:r>
              <w:t>2 timmar</w:t>
            </w:r>
          </w:p>
        </w:tc>
      </w:tr>
      <w:tr>
        <w:tc>
          <w:tcPr>
            <w:tcW w:type="dxa" w:w="680"/>
          </w:tcPr>
          <w:p>
            <w:r>
              <w:t>T040</w:t>
            </w:r>
          </w:p>
        </w:tc>
        <w:tc>
          <w:tcPr>
            <w:tcW w:type="dxa" w:w="4649"/>
          </w:tcPr>
          <w:p>
            <w:r>
              <w:rPr>
                <w:b/>
              </w:rPr>
              <w:t>Rytmverkstaden</w:t>
            </w:r>
          </w:p>
          <w:p>
            <w:r>
              <w:rPr>
                <w:sz w:val="17"/>
              </w:rPr>
              <w:t>Varje barn bygger egna instrument av förpackningar och skräp: regnstav, skallra, trumma och gummibandsgitarr. På fredagen spelar fritidsorkestern.</w:t>
            </w:r>
          </w:p>
        </w:tc>
        <w:tc>
          <w:tcPr>
            <w:tcW w:type="dxa" w:w="1474"/>
          </w:tcPr>
          <w:p>
            <w:r>
              <w:t>Temavecka, 1 vecka</w:t>
            </w:r>
          </w:p>
        </w:tc>
        <w:tc>
          <w:tcPr>
            <w:tcW w:type="dxa" w:w="1134"/>
          </w:tcPr>
          <w:p>
            <w:r>
              <w:t>höst</w:t>
            </w:r>
          </w:p>
        </w:tc>
        <w:tc>
          <w:tcPr>
            <w:tcW w:type="dxa" w:w="907"/>
          </w:tcPr>
          <w:p>
            <w:r>
              <w:t>F-3</w:t>
            </w:r>
          </w:p>
        </w:tc>
        <w:tc>
          <w:tcPr>
            <w:tcW w:type="dxa" w:w="1020"/>
          </w:tcPr>
          <w:p>
            <w:r>
              <w:t>2 timmar plus insamling</w:t>
            </w:r>
          </w:p>
        </w:tc>
      </w:tr>
      <w:tr>
        <w:tc>
          <w:tcPr>
            <w:tcW w:type="dxa" w:w="680"/>
          </w:tcPr>
          <w:p>
            <w:r>
              <w:t>T041</w:t>
            </w:r>
          </w:p>
        </w:tc>
        <w:tc>
          <w:tcPr>
            <w:tcW w:type="dxa" w:w="4649"/>
          </w:tcPr>
          <w:p>
            <w:r>
              <w:rPr>
                <w:b/>
              </w:rPr>
              <w:t>Fotoveckan</w:t>
            </w:r>
          </w:p>
          <w:p>
            <w:r>
              <w:rPr>
                <w:sz w:val="17"/>
              </w:rPr>
              <w:t>Varje dag ett nytt fotouppdrag: linjer, närbild, rörelse, ljus och skugga. Paren väljer sina bästa bilder och gör en utställning med riktiga bildtexter.</w:t>
            </w:r>
          </w:p>
        </w:tc>
        <w:tc>
          <w:tcPr>
            <w:tcW w:type="dxa" w:w="1474"/>
          </w:tcPr>
          <w:p>
            <w:r>
              <w:t>Temavecka, 1 vecka</w:t>
            </w:r>
          </w:p>
        </w:tc>
        <w:tc>
          <w:tcPr>
            <w:tcW w:type="dxa" w:w="1134"/>
          </w:tcPr>
          <w:p>
            <w:r>
              <w:t>höst, vår</w:t>
            </w:r>
          </w:p>
        </w:tc>
        <w:tc>
          <w:tcPr>
            <w:tcW w:type="dxa" w:w="907"/>
          </w:tcPr>
          <w:p>
            <w:r>
              <w:t>4-6</w:t>
            </w:r>
          </w:p>
        </w:tc>
        <w:tc>
          <w:tcPr>
            <w:tcW w:type="dxa" w:w="1020"/>
          </w:tcPr>
          <w:p>
            <w:r>
              <w:t>2 timmar</w:t>
            </w:r>
          </w:p>
        </w:tc>
      </w:tr>
      <w:tr>
        <w:tc>
          <w:tcPr>
            <w:tcW w:type="dxa" w:w="680"/>
          </w:tcPr>
          <w:p>
            <w:r>
              <w:t>T042</w:t>
            </w:r>
          </w:p>
        </w:tc>
        <w:tc>
          <w:tcPr>
            <w:tcW w:type="dxa" w:w="4649"/>
          </w:tcPr>
          <w:p>
            <w:r>
              <w:rPr>
                <w:b/>
              </w:rPr>
              <w:t>Fritidsmusikalen</w:t>
            </w:r>
          </w:p>
          <w:p>
            <w:r>
              <w:rPr>
                <w:sz w:val="17"/>
              </w:rPr>
              <w:t>Fritids sätter upp en egen musikal med sång, dans, kulisser och ljus. Barnen bestämmer berättelsen och väljer om de vill stå på scen eller bygga det som gör showen.</w:t>
            </w:r>
          </w:p>
        </w:tc>
        <w:tc>
          <w:tcPr>
            <w:tcW w:type="dxa" w:w="1474"/>
          </w:tcPr>
          <w:p>
            <w:r>
              <w:t>Projekt, 5-6 veckor, 2-3 tillfällen per vecka</w:t>
            </w:r>
          </w:p>
        </w:tc>
        <w:tc>
          <w:tcPr>
            <w:tcW w:type="dxa" w:w="1134"/>
          </w:tcPr>
          <w:p>
            <w:r>
              <w:t>vår</w:t>
            </w:r>
          </w:p>
        </w:tc>
        <w:tc>
          <w:tcPr>
            <w:tcW w:type="dxa" w:w="907"/>
          </w:tcPr>
          <w:p>
            <w:r>
              <w:t>F-3 och 4-6</w:t>
            </w:r>
          </w:p>
        </w:tc>
        <w:tc>
          <w:tcPr>
            <w:tcW w:type="dxa" w:w="1020"/>
          </w:tcPr>
          <w:p>
            <w:r>
              <w:t>6-8 timmar</w:t>
            </w:r>
          </w:p>
        </w:tc>
      </w:tr>
      <w:tr>
        <w:tc>
          <w:tcPr>
            <w:tcW w:type="dxa" w:w="680"/>
          </w:tcPr>
          <w:p>
            <w:r>
              <w:t>T043</w:t>
            </w:r>
          </w:p>
        </w:tc>
        <w:tc>
          <w:tcPr>
            <w:tcW w:type="dxa" w:w="4649"/>
          </w:tcPr>
          <w:p>
            <w:r>
              <w:rPr>
                <w:b/>
              </w:rPr>
              <w:t>Bandverkstaden</w:t>
            </w:r>
          </w:p>
          <w:p>
            <w:r>
              <w:rPr>
                <w:sz w:val="17"/>
              </w:rPr>
              <w:t>Barnen startar band, provar trummor, bas, gitarr, keyboard och sång, och lär sig en låt från början till slut. Projektet slutar med en spelning.</w:t>
            </w:r>
          </w:p>
        </w:tc>
        <w:tc>
          <w:tcPr>
            <w:tcW w:type="dxa" w:w="1474"/>
          </w:tcPr>
          <w:p>
            <w:r>
              <w:t>Projekt, 6-8 veckor, 1-2 tillfällen per vecka</w:t>
            </w:r>
          </w:p>
        </w:tc>
        <w:tc>
          <w:tcPr>
            <w:tcW w:type="dxa" w:w="1134"/>
          </w:tcPr>
          <w:p>
            <w:r>
              <w:t>hela året</w:t>
            </w:r>
          </w:p>
        </w:tc>
        <w:tc>
          <w:tcPr>
            <w:tcW w:type="dxa" w:w="907"/>
          </w:tcPr>
          <w:p>
            <w:r>
              <w:t>4-6</w:t>
            </w:r>
          </w:p>
        </w:tc>
        <w:tc>
          <w:tcPr>
            <w:tcW w:type="dxa" w:w="1020"/>
          </w:tcPr>
          <w:p>
            <w:r>
              <w:t>4 timmar</w:t>
            </w:r>
          </w:p>
        </w:tc>
      </w:tr>
      <w:tr>
        <w:tc>
          <w:tcPr>
            <w:tcW w:type="dxa" w:w="680"/>
          </w:tcPr>
          <w:p>
            <w:r>
              <w:t>T044</w:t>
            </w:r>
          </w:p>
        </w:tc>
        <w:tc>
          <w:tcPr>
            <w:tcW w:type="dxa" w:w="4649"/>
          </w:tcPr>
          <w:p>
            <w:r>
              <w:rPr>
                <w:b/>
              </w:rPr>
              <w:t>Skulpturparken av skräp</w:t>
            </w:r>
          </w:p>
          <w:p>
            <w:r>
              <w:rPr>
                <w:sz w:val="17"/>
              </w:rPr>
              <w:t>Kartonger, rör, flaskor och lock blir stora skulpturer som ställs upp på skolgården. Projektet slutar med en invigning av fritids egen skulpturpark med karta och skyltar.</w:t>
            </w:r>
          </w:p>
        </w:tc>
        <w:tc>
          <w:tcPr>
            <w:tcW w:type="dxa" w:w="1474"/>
          </w:tcPr>
          <w:p>
            <w:r>
              <w:t>Projekt, 3-4 veckor</w:t>
            </w:r>
          </w:p>
        </w:tc>
        <w:tc>
          <w:tcPr>
            <w:tcW w:type="dxa" w:w="1134"/>
          </w:tcPr>
          <w:p>
            <w:r>
              <w:t>vår, sommar</w:t>
            </w:r>
          </w:p>
        </w:tc>
        <w:tc>
          <w:tcPr>
            <w:tcW w:type="dxa" w:w="907"/>
          </w:tcPr>
          <w:p>
            <w:r>
              <w:t>F-3 och 4-6</w:t>
            </w:r>
          </w:p>
        </w:tc>
        <w:tc>
          <w:tcPr>
            <w:tcW w:type="dxa" w:w="1020"/>
          </w:tcPr>
          <w:p>
            <w:r>
              <w:t>4 timmar plus insamling</w:t>
            </w:r>
          </w:p>
        </w:tc>
      </w:tr>
      <w:tr>
        <w:tc>
          <w:tcPr>
            <w:tcW w:type="dxa" w:w="680"/>
          </w:tcPr>
          <w:p>
            <w:r>
              <w:t>T045</w:t>
            </w:r>
          </w:p>
        </w:tc>
        <w:tc>
          <w:tcPr>
            <w:tcW w:type="dxa" w:w="4649"/>
          </w:tcPr>
          <w:p>
            <w:r>
              <w:rPr>
                <w:b/>
              </w:rPr>
              <w:t>Konstnärsveckorna</w:t>
            </w:r>
          </w:p>
          <w:p>
            <w:r>
              <w:rPr>
                <w:sz w:val="17"/>
              </w:rPr>
              <w:t>Varje vecka får fritids en ny konstnär. Barnen lär känna verken och gör egna bilder i samma anda: prickar som Yayoi Kusama, cirklar som Hilma af Klint, popkonst som Andy Warhol.</w:t>
            </w:r>
          </w:p>
        </w:tc>
        <w:tc>
          <w:tcPr>
            <w:tcW w:type="dxa" w:w="1474"/>
          </w:tcPr>
          <w:p>
            <w:r>
              <w:t>Projekt, 4-6 veckor, en konstnär per vecka</w:t>
            </w:r>
          </w:p>
        </w:tc>
        <w:tc>
          <w:tcPr>
            <w:tcW w:type="dxa" w:w="1134"/>
          </w:tcPr>
          <w:p>
            <w:r>
              <w:t>höst</w:t>
            </w:r>
          </w:p>
        </w:tc>
        <w:tc>
          <w:tcPr>
            <w:tcW w:type="dxa" w:w="907"/>
          </w:tcPr>
          <w:p>
            <w:r>
              <w:t>F-3 och 4-6</w:t>
            </w:r>
          </w:p>
        </w:tc>
        <w:tc>
          <w:tcPr>
            <w:tcW w:type="dxa" w:w="1020"/>
          </w:tcPr>
          <w:p>
            <w:r>
              <w:t>1 timme per vecka</w:t>
            </w:r>
          </w:p>
        </w:tc>
      </w:tr>
      <w:tr>
        <w:tc>
          <w:tcPr>
            <w:tcW w:type="dxa" w:w="680"/>
          </w:tcPr>
          <w:p>
            <w:r>
              <w:t>T046</w:t>
            </w:r>
          </w:p>
        </w:tc>
        <w:tc>
          <w:tcPr>
            <w:tcW w:type="dxa" w:w="4649"/>
          </w:tcPr>
          <w:p>
            <w:r>
              <w:rPr>
                <w:b/>
              </w:rPr>
              <w:t>Fritidskören</w:t>
            </w:r>
          </w:p>
          <w:p>
            <w:r>
              <w:rPr>
                <w:sz w:val="17"/>
              </w:rPr>
              <w:t>En kör på fritids där alla får vara med. Barnen sjunger, rör sig och lär sig använda rösten, och kören uppträder till sist för föräldrarna.</w:t>
            </w:r>
          </w:p>
        </w:tc>
        <w:tc>
          <w:tcPr>
            <w:tcW w:type="dxa" w:w="1474"/>
          </w:tcPr>
          <w:p>
            <w:r>
              <w:t>Projekt, 6 veckor, 2 tillfällen per vecka à 30 minuter</w:t>
            </w:r>
          </w:p>
        </w:tc>
        <w:tc>
          <w:tcPr>
            <w:tcW w:type="dxa" w:w="1134"/>
          </w:tcPr>
          <w:p>
            <w:r>
              <w:t>höst, vinter</w:t>
            </w:r>
          </w:p>
        </w:tc>
        <w:tc>
          <w:tcPr>
            <w:tcW w:type="dxa" w:w="907"/>
          </w:tcPr>
          <w:p>
            <w:r>
              <w:t>F-3</w:t>
            </w:r>
          </w:p>
        </w:tc>
        <w:tc>
          <w:tcPr>
            <w:tcW w:type="dxa" w:w="1020"/>
          </w:tcPr>
          <w:p>
            <w:r>
              <w:t>3 timmar</w:t>
            </w:r>
          </w:p>
        </w:tc>
      </w:tr>
      <w:tr>
        <w:tc>
          <w:tcPr>
            <w:tcW w:type="dxa" w:w="680"/>
          </w:tcPr>
          <w:p>
            <w:r>
              <w:t>T047</w:t>
            </w:r>
          </w:p>
        </w:tc>
        <w:tc>
          <w:tcPr>
            <w:tcW w:type="dxa" w:w="4649"/>
          </w:tcPr>
          <w:p>
            <w:r>
              <w:rPr>
                <w:b/>
              </w:rPr>
              <w:t>Väggmålningen</w:t>
            </w:r>
          </w:p>
          <w:p>
            <w:r>
              <w:rPr>
                <w:sz w:val="17"/>
              </w:rPr>
              <w:t>Barnen gör en stor gemensam målning som får hänga kvar på fritids. De väljer tema, skissar, röstar och målar, som Keith Haring gjorde med barn.</w:t>
            </w:r>
          </w:p>
        </w:tc>
        <w:tc>
          <w:tcPr>
            <w:tcW w:type="dxa" w:w="1474"/>
          </w:tcPr>
          <w:p>
            <w:r>
              <w:t>Projekt, 3-5 veckor, 2 tillfällen per vecka</w:t>
            </w:r>
          </w:p>
        </w:tc>
        <w:tc>
          <w:tcPr>
            <w:tcW w:type="dxa" w:w="1134"/>
          </w:tcPr>
          <w:p>
            <w:r>
              <w:t>vår</w:t>
            </w:r>
          </w:p>
        </w:tc>
        <w:tc>
          <w:tcPr>
            <w:tcW w:type="dxa" w:w="907"/>
          </w:tcPr>
          <w:p>
            <w:r>
              <w:t>4-6</w:t>
            </w:r>
          </w:p>
        </w:tc>
        <w:tc>
          <w:tcPr>
            <w:tcW w:type="dxa" w:w="1020"/>
          </w:tcPr>
          <w:p>
            <w:r>
              <w:t>4 timmar</w:t>
            </w:r>
          </w:p>
        </w:tc>
      </w:tr>
      <w:tr>
        <w:tc>
          <w:tcPr>
            <w:tcW w:type="dxa" w:w="680"/>
          </w:tcPr>
          <w:p>
            <w:r>
              <w:t>T048</w:t>
            </w:r>
          </w:p>
        </w:tc>
        <w:tc>
          <w:tcPr>
            <w:tcW w:type="dxa" w:w="4649"/>
          </w:tcPr>
          <w:p>
            <w:r>
              <w:rPr>
                <w:b/>
              </w:rPr>
              <w:t>Maskeradbalen</w:t>
            </w:r>
          </w:p>
          <w:p>
            <w:r>
              <w:rPr>
                <w:sz w:val="17"/>
              </w:rPr>
              <w:t>Kring fastlagen gör barnen egna masker i papier-maché med stora näsor, horn och öron. Sedan blir det bal med musik, dans och en maskparad.</w:t>
            </w:r>
          </w:p>
        </w:tc>
        <w:tc>
          <w:tcPr>
            <w:tcW w:type="dxa" w:w="1474"/>
          </w:tcPr>
          <w:p>
            <w:r>
              <w:t>Tradition, 2 veckor maskbygge, en eftermiddag bal</w:t>
            </w:r>
          </w:p>
        </w:tc>
        <w:tc>
          <w:tcPr>
            <w:tcW w:type="dxa" w:w="1134"/>
          </w:tcPr>
          <w:p>
            <w:r>
              <w:t>vinter</w:t>
            </w:r>
          </w:p>
        </w:tc>
        <w:tc>
          <w:tcPr>
            <w:tcW w:type="dxa" w:w="907"/>
          </w:tcPr>
          <w:p>
            <w:r>
              <w:t>F-3</w:t>
            </w:r>
          </w:p>
        </w:tc>
        <w:tc>
          <w:tcPr>
            <w:tcW w:type="dxa" w:w="1020"/>
          </w:tcPr>
          <w:p>
            <w:r>
              <w:t>3 timmar</w:t>
            </w:r>
          </w:p>
        </w:tc>
      </w:tr>
      <w:tr>
        <w:tc>
          <w:tcPr>
            <w:tcW w:type="dxa" w:w="680"/>
          </w:tcPr>
          <w:p>
            <w:r>
              <w:t>T049</w:t>
            </w:r>
          </w:p>
        </w:tc>
        <w:tc>
          <w:tcPr>
            <w:tcW w:type="dxa" w:w="4649"/>
          </w:tcPr>
          <w:p>
            <w:r>
              <w:rPr>
                <w:b/>
              </w:rPr>
              <w:t>Fritids vernissage</w:t>
            </w:r>
          </w:p>
          <w:p>
            <w:r>
              <w:rPr>
                <w:sz w:val="17"/>
              </w:rPr>
              <w:t>En gång om året blir fritids konsthall. Barnen väljer verk från hela året, hänger utställningen, skriver skyltar och tar emot gäster på vernissagen.</w:t>
            </w:r>
          </w:p>
        </w:tc>
        <w:tc>
          <w:tcPr>
            <w:tcW w:type="dxa" w:w="1474"/>
          </w:tcPr>
          <w:p>
            <w:r>
              <w:t>Tradition, 1 vecka förberedelse, en eftermiddag vernissage, återkommande varje vår</w:t>
            </w:r>
          </w:p>
        </w:tc>
        <w:tc>
          <w:tcPr>
            <w:tcW w:type="dxa" w:w="1134"/>
          </w:tcPr>
          <w:p>
            <w:r>
              <w:t>vår</w:t>
            </w:r>
          </w:p>
        </w:tc>
        <w:tc>
          <w:tcPr>
            <w:tcW w:type="dxa" w:w="907"/>
          </w:tcPr>
          <w:p>
            <w:r>
              <w:t>F-3 och 4-6</w:t>
            </w:r>
          </w:p>
        </w:tc>
        <w:tc>
          <w:tcPr>
            <w:tcW w:type="dxa" w:w="1020"/>
          </w:tcPr>
          <w:p>
            <w:r>
              <w:t>4 timmar</w:t>
            </w:r>
          </w:p>
        </w:tc>
      </w:tr>
      <w:tr>
        <w:tc>
          <w:tcPr>
            <w:tcW w:type="dxa" w:w="680"/>
          </w:tcPr>
          <w:p>
            <w:r>
              <w:t>T050</w:t>
            </w:r>
          </w:p>
        </w:tc>
        <w:tc>
          <w:tcPr>
            <w:tcW w:type="dxa" w:w="4649"/>
          </w:tcPr>
          <w:p>
            <w:r>
              <w:rPr>
                <w:b/>
              </w:rPr>
              <w:t>Lyktvandringen</w:t>
            </w:r>
          </w:p>
          <w:p>
            <w:r>
              <w:rPr>
                <w:sz w:val="17"/>
              </w:rPr>
              <w:t>När mörkret kommer i november gör barnen lyktor av glasburkar och silkespapper. Sedan går hela fritids i en lysande vandring runt skolan och sjunger.</w:t>
            </w:r>
          </w:p>
        </w:tc>
        <w:tc>
          <w:tcPr>
            <w:tcW w:type="dxa" w:w="1474"/>
          </w:tcPr>
          <w:p>
            <w:r>
              <w:t>Tradition, 1 vecka lyktbygge, en kväll eller sen eftermiddag vandring</w:t>
            </w:r>
          </w:p>
        </w:tc>
        <w:tc>
          <w:tcPr>
            <w:tcW w:type="dxa" w:w="1134"/>
          </w:tcPr>
          <w:p>
            <w:r>
              <w:t>höst</w:t>
            </w:r>
          </w:p>
        </w:tc>
        <w:tc>
          <w:tcPr>
            <w:tcW w:type="dxa" w:w="907"/>
          </w:tcPr>
          <w:p>
            <w:r>
              <w:t>F-3</w:t>
            </w:r>
          </w:p>
        </w:tc>
        <w:tc>
          <w:tcPr>
            <w:tcW w:type="dxa" w:w="1020"/>
          </w:tcPr>
          <w:p>
            <w:r>
              <w:t>2 timmar</w:t>
            </w:r>
          </w:p>
        </w:tc>
      </w:tr>
    </w:tbl>
    <w:p>
      <w:pPr>
        <w:pStyle w:val="Heading2"/>
      </w:pPr>
      <w:r>
        <w:rPr>
          <w:color w:val="22A86A"/>
        </w:rPr>
        <w:t>Natur, teknik och samhälle (25)</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680"/>
            <w:shd w:val="clear" w:color="auto" w:fill="22A86A"/>
          </w:tcPr>
          <w:p>
            <w:r>
              <w:rPr>
                <w:b/>
                <w:color w:val="FFFFFF"/>
              </w:rPr>
              <w:t>Nr</w:t>
            </w:r>
          </w:p>
        </w:tc>
        <w:tc>
          <w:tcPr>
            <w:tcW w:type="dxa" w:w="4649"/>
            <w:shd w:val="clear" w:color="auto" w:fill="22A86A"/>
          </w:tcPr>
          <w:p>
            <w:r>
              <w:rPr>
                <w:b/>
                <w:color w:val="FFFFFF"/>
              </w:rPr>
              <w:t>Tema</w:t>
            </w:r>
          </w:p>
        </w:tc>
        <w:tc>
          <w:tcPr>
            <w:tcW w:type="dxa" w:w="1474"/>
            <w:shd w:val="clear" w:color="auto" w:fill="22A86A"/>
          </w:tcPr>
          <w:p>
            <w:r>
              <w:rPr>
                <w:b/>
                <w:color w:val="FFFFFF"/>
              </w:rPr>
              <w:t>Storlek</w:t>
            </w:r>
          </w:p>
        </w:tc>
        <w:tc>
          <w:tcPr>
            <w:tcW w:type="dxa" w:w="1134"/>
            <w:shd w:val="clear" w:color="auto" w:fill="22A86A"/>
          </w:tcPr>
          <w:p>
            <w:r>
              <w:rPr>
                <w:b/>
                <w:color w:val="FFFFFF"/>
              </w:rPr>
              <w:t>När</w:t>
            </w:r>
          </w:p>
        </w:tc>
        <w:tc>
          <w:tcPr>
            <w:tcW w:type="dxa" w:w="907"/>
            <w:shd w:val="clear" w:color="auto" w:fill="22A86A"/>
          </w:tcPr>
          <w:p>
            <w:r>
              <w:rPr>
                <w:b/>
                <w:color w:val="FFFFFF"/>
              </w:rPr>
              <w:t>För</w:t>
            </w:r>
          </w:p>
        </w:tc>
        <w:tc>
          <w:tcPr>
            <w:tcW w:type="dxa" w:w="1020"/>
            <w:shd w:val="clear" w:color="auto" w:fill="22A86A"/>
          </w:tcPr>
          <w:p>
            <w:r>
              <w:rPr>
                <w:b/>
                <w:color w:val="FFFFFF"/>
              </w:rPr>
              <w:t>Förb.</w:t>
            </w:r>
          </w:p>
        </w:tc>
      </w:tr>
      <w:tr>
        <w:tc>
          <w:tcPr>
            <w:tcW w:type="dxa" w:w="680"/>
          </w:tcPr>
          <w:p>
            <w:r>
              <w:t>T051</w:t>
            </w:r>
          </w:p>
        </w:tc>
        <w:tc>
          <w:tcPr>
            <w:tcW w:type="dxa" w:w="4649"/>
          </w:tcPr>
          <w:p>
            <w:r>
              <w:rPr>
                <w:b/>
              </w:rPr>
              <w:t>Vattenraketerna</w:t>
            </w:r>
          </w:p>
          <w:p>
            <w:r>
              <w:rPr>
                <w:sz w:val="17"/>
              </w:rPr>
              <w:t>Vems raket flyger längst tid? Barnen bygger raketer av PET-flaskor och skjuter upp dem med vatten och luft från en cykelpump.</w:t>
            </w:r>
          </w:p>
        </w:tc>
        <w:tc>
          <w:tcPr>
            <w:tcW w:type="dxa" w:w="1474"/>
          </w:tcPr>
          <w:p>
            <w:r>
              <w:t>En eftermiddag, En eftermiddag, ca 2 timmar</w:t>
            </w:r>
          </w:p>
        </w:tc>
        <w:tc>
          <w:tcPr>
            <w:tcW w:type="dxa" w:w="1134"/>
          </w:tcPr>
          <w:p>
            <w:r>
              <w:t>vår, sommar</w:t>
            </w:r>
          </w:p>
        </w:tc>
        <w:tc>
          <w:tcPr>
            <w:tcW w:type="dxa" w:w="907"/>
          </w:tcPr>
          <w:p>
            <w:r>
              <w:t>F-3 och 4-6</w:t>
            </w:r>
          </w:p>
        </w:tc>
        <w:tc>
          <w:tcPr>
            <w:tcW w:type="dxa" w:w="1020"/>
          </w:tcPr>
          <w:p>
            <w:r>
              <w:t>2 timmar</w:t>
            </w:r>
          </w:p>
        </w:tc>
      </w:tr>
      <w:tr>
        <w:tc>
          <w:tcPr>
            <w:tcW w:type="dxa" w:w="680"/>
          </w:tcPr>
          <w:p>
            <w:r>
              <w:t>T052</w:t>
            </w:r>
          </w:p>
        </w:tc>
        <w:tc>
          <w:tcPr>
            <w:tcW w:type="dxa" w:w="4649"/>
          </w:tcPr>
          <w:p>
            <w:r>
              <w:rPr>
                <w:b/>
              </w:rPr>
              <w:t>Rödkålslabbet</w:t>
            </w:r>
          </w:p>
          <w:p>
            <w:r>
              <w:rPr>
                <w:sz w:val="17"/>
              </w:rPr>
              <w:t>Rödkålssaft byter färg efter vad man häller i den. Barnen blir kemister och avslöjar vad i köksskåpet som är surt och vad som är basiskt.</w:t>
            </w:r>
          </w:p>
        </w:tc>
        <w:tc>
          <w:tcPr>
            <w:tcW w:type="dxa" w:w="1474"/>
          </w:tcPr>
          <w:p>
            <w:r>
              <w:t>En eftermiddag, En eftermiddag, ca 1,5 timme</w:t>
            </w:r>
          </w:p>
        </w:tc>
        <w:tc>
          <w:tcPr>
            <w:tcW w:type="dxa" w:w="1134"/>
          </w:tcPr>
          <w:p>
            <w:r>
              <w:t>hela året</w:t>
            </w:r>
          </w:p>
        </w:tc>
        <w:tc>
          <w:tcPr>
            <w:tcW w:type="dxa" w:w="907"/>
          </w:tcPr>
          <w:p>
            <w:r>
              <w:t>F-3 och 4-6</w:t>
            </w:r>
          </w:p>
        </w:tc>
        <w:tc>
          <w:tcPr>
            <w:tcW w:type="dxa" w:w="1020"/>
          </w:tcPr>
          <w:p>
            <w:r>
              <w:t>1 timme</w:t>
            </w:r>
          </w:p>
        </w:tc>
      </w:tr>
      <w:tr>
        <w:tc>
          <w:tcPr>
            <w:tcW w:type="dxa" w:w="680"/>
          </w:tcPr>
          <w:p>
            <w:r>
              <w:t>T053</w:t>
            </w:r>
          </w:p>
        </w:tc>
        <w:tc>
          <w:tcPr>
            <w:tcW w:type="dxa" w:w="4649"/>
          </w:tcPr>
          <w:p>
            <w:r>
              <w:rPr>
                <w:b/>
              </w:rPr>
              <w:t>Snö- och isforskarna</w:t>
            </w:r>
          </w:p>
          <w:p>
            <w:r>
              <w:rPr>
                <w:sz w:val="17"/>
              </w:rPr>
              <w:t>Hur ser en snöflinga ut på riktigt? Och hur mycket vatten blir det av en hink snö? En eftermiddag för små forskare med röda kinder.</w:t>
            </w:r>
          </w:p>
        </w:tc>
        <w:tc>
          <w:tcPr>
            <w:tcW w:type="dxa" w:w="1474"/>
          </w:tcPr>
          <w:p>
            <w:r>
              <w:t>En eftermiddag, En eftermiddag, ca 1,5 timme, plus frysning natten innan</w:t>
            </w:r>
          </w:p>
        </w:tc>
        <w:tc>
          <w:tcPr>
            <w:tcW w:type="dxa" w:w="1134"/>
          </w:tcPr>
          <w:p>
            <w:r>
              <w:t>vinter</w:t>
            </w:r>
          </w:p>
        </w:tc>
        <w:tc>
          <w:tcPr>
            <w:tcW w:type="dxa" w:w="907"/>
          </w:tcPr>
          <w:p>
            <w:r>
              <w:t>F-3</w:t>
            </w:r>
          </w:p>
        </w:tc>
        <w:tc>
          <w:tcPr>
            <w:tcW w:type="dxa" w:w="1020"/>
          </w:tcPr>
          <w:p>
            <w:r>
              <w:t>1 timme</w:t>
            </w:r>
          </w:p>
        </w:tc>
      </w:tr>
      <w:tr>
        <w:tc>
          <w:tcPr>
            <w:tcW w:type="dxa" w:w="680"/>
          </w:tcPr>
          <w:p>
            <w:r>
              <w:t>T054</w:t>
            </w:r>
          </w:p>
        </w:tc>
        <w:tc>
          <w:tcPr>
            <w:tcW w:type="dxa" w:w="4649"/>
          </w:tcPr>
          <w:p>
            <w:r>
              <w:rPr>
                <w:b/>
              </w:rPr>
              <w:t>Strömlabbet</w:t>
            </w:r>
          </w:p>
          <w:p>
            <w:r>
              <w:rPr>
                <w:sz w:val="17"/>
              </w:rPr>
              <w:t>Kan man tända en lampa med potatisar? Barnen bygger egna batterier och strömkretsar och tar reda på vad som leder ström.</w:t>
            </w:r>
          </w:p>
        </w:tc>
        <w:tc>
          <w:tcPr>
            <w:tcW w:type="dxa" w:w="1474"/>
          </w:tcPr>
          <w:p>
            <w:r>
              <w:t>En eftermiddag, En eftermiddag, ca 2 timmar</w:t>
            </w:r>
          </w:p>
        </w:tc>
        <w:tc>
          <w:tcPr>
            <w:tcW w:type="dxa" w:w="1134"/>
          </w:tcPr>
          <w:p>
            <w:r>
              <w:t>höst, vinter</w:t>
            </w:r>
          </w:p>
        </w:tc>
        <w:tc>
          <w:tcPr>
            <w:tcW w:type="dxa" w:w="907"/>
          </w:tcPr>
          <w:p>
            <w:r>
              <w:t>4-6</w:t>
            </w:r>
          </w:p>
        </w:tc>
        <w:tc>
          <w:tcPr>
            <w:tcW w:type="dxa" w:w="1020"/>
          </w:tcPr>
          <w:p>
            <w:r>
              <w:t>1,5 timme</w:t>
            </w:r>
          </w:p>
        </w:tc>
      </w:tr>
      <w:tr>
        <w:tc>
          <w:tcPr>
            <w:tcW w:type="dxa" w:w="680"/>
          </w:tcPr>
          <w:p>
            <w:r>
              <w:t>T055</w:t>
            </w:r>
          </w:p>
        </w:tc>
        <w:tc>
          <w:tcPr>
            <w:tcW w:type="dxa" w:w="4649"/>
          </w:tcPr>
          <w:p>
            <w:r>
              <w:rPr>
                <w:b/>
              </w:rPr>
              <w:t>Skruvverkstaden</w:t>
            </w:r>
          </w:p>
          <w:p>
            <w:r>
              <w:rPr>
                <w:sz w:val="17"/>
              </w:rPr>
              <w:t>Vad finns inuti en väckarklocka? Barnen skruvar isär gamla apparater, hittar motorer, kugghjul och kretskort och listar ut vad delarna gör.</w:t>
            </w:r>
          </w:p>
        </w:tc>
        <w:tc>
          <w:tcPr>
            <w:tcW w:type="dxa" w:w="1474"/>
          </w:tcPr>
          <w:p>
            <w:r>
              <w:t>En eftermiddag, En eftermiddag, 1,5-2 timmar, gärna återkommande</w:t>
            </w:r>
          </w:p>
        </w:tc>
        <w:tc>
          <w:tcPr>
            <w:tcW w:type="dxa" w:w="1134"/>
          </w:tcPr>
          <w:p>
            <w:r>
              <w:t>hela året</w:t>
            </w:r>
          </w:p>
        </w:tc>
        <w:tc>
          <w:tcPr>
            <w:tcW w:type="dxa" w:w="907"/>
          </w:tcPr>
          <w:p>
            <w:r>
              <w:t>F-3 och 4-6</w:t>
            </w:r>
          </w:p>
        </w:tc>
        <w:tc>
          <w:tcPr>
            <w:tcW w:type="dxa" w:w="1020"/>
          </w:tcPr>
          <w:p>
            <w:r>
              <w:t>2 timmar</w:t>
            </w:r>
          </w:p>
        </w:tc>
      </w:tr>
      <w:tr>
        <w:tc>
          <w:tcPr>
            <w:tcW w:type="dxa" w:w="680"/>
          </w:tcPr>
          <w:p>
            <w:r>
              <w:t>T056</w:t>
            </w:r>
          </w:p>
        </w:tc>
        <w:tc>
          <w:tcPr>
            <w:tcW w:type="dxa" w:w="4649"/>
          </w:tcPr>
          <w:p>
            <w:r>
              <w:rPr>
                <w:b/>
              </w:rPr>
              <w:t>Kompisroboten</w:t>
            </w:r>
          </w:p>
          <w:p>
            <w:r>
              <w:rPr>
                <w:sz w:val="17"/>
              </w:rPr>
              <w:t>Programmering utan skärm. En kompis är robot och gör exakt det som står på korten, varken mer eller mindre.</w:t>
            </w:r>
          </w:p>
        </w:tc>
        <w:tc>
          <w:tcPr>
            <w:tcW w:type="dxa" w:w="1474"/>
          </w:tcPr>
          <w:p>
            <w:r>
              <w:t>En eftermiddag, En eftermiddag, ca 1 timme</w:t>
            </w:r>
          </w:p>
        </w:tc>
        <w:tc>
          <w:tcPr>
            <w:tcW w:type="dxa" w:w="1134"/>
          </w:tcPr>
          <w:p>
            <w:r>
              <w:t>hela året</w:t>
            </w:r>
          </w:p>
        </w:tc>
        <w:tc>
          <w:tcPr>
            <w:tcW w:type="dxa" w:w="907"/>
          </w:tcPr>
          <w:p>
            <w:r>
              <w:t>F-3</w:t>
            </w:r>
          </w:p>
        </w:tc>
        <w:tc>
          <w:tcPr>
            <w:tcW w:type="dxa" w:w="1020"/>
          </w:tcPr>
          <w:p>
            <w:r>
              <w:t>45 minuter</w:t>
            </w:r>
          </w:p>
        </w:tc>
      </w:tr>
      <w:tr>
        <w:tc>
          <w:tcPr>
            <w:tcW w:type="dxa" w:w="680"/>
          </w:tcPr>
          <w:p>
            <w:r>
              <w:t>T057</w:t>
            </w:r>
          </w:p>
        </w:tc>
        <w:tc>
          <w:tcPr>
            <w:tcW w:type="dxa" w:w="4649"/>
          </w:tcPr>
          <w:p>
            <w:r>
              <w:rPr>
                <w:b/>
              </w:rPr>
              <w:t>Äggdroppet</w:t>
            </w:r>
          </w:p>
          <w:p>
            <w:r>
              <w:rPr>
                <w:sz w:val="17"/>
              </w:rPr>
              <w:t>Ett rått ägg, en påse med begränsat material och ett fall från två meters höjd. Klarar ingenjörslaget att skydda ägget?</w:t>
            </w:r>
          </w:p>
        </w:tc>
        <w:tc>
          <w:tcPr>
            <w:tcW w:type="dxa" w:w="1474"/>
          </w:tcPr>
          <w:p>
            <w:r>
              <w:t>En eftermiddag, En eftermiddag, ca 1,5 timme</w:t>
            </w:r>
          </w:p>
        </w:tc>
        <w:tc>
          <w:tcPr>
            <w:tcW w:type="dxa" w:w="1134"/>
          </w:tcPr>
          <w:p>
            <w:r>
              <w:t>vår, höst</w:t>
            </w:r>
          </w:p>
        </w:tc>
        <w:tc>
          <w:tcPr>
            <w:tcW w:type="dxa" w:w="907"/>
          </w:tcPr>
          <w:p>
            <w:r>
              <w:t>4-6</w:t>
            </w:r>
          </w:p>
        </w:tc>
        <w:tc>
          <w:tcPr>
            <w:tcW w:type="dxa" w:w="1020"/>
          </w:tcPr>
          <w:p>
            <w:r>
              <w:t>1 timme</w:t>
            </w:r>
          </w:p>
        </w:tc>
      </w:tr>
      <w:tr>
        <w:tc>
          <w:tcPr>
            <w:tcW w:type="dxa" w:w="680"/>
          </w:tcPr>
          <w:p>
            <w:r>
              <w:t>T058</w:t>
            </w:r>
          </w:p>
        </w:tc>
        <w:tc>
          <w:tcPr>
            <w:tcW w:type="dxa" w:w="4649"/>
          </w:tcPr>
          <w:p>
            <w:r>
              <w:rPr>
                <w:b/>
              </w:rPr>
              <w:t>Vattenrenarna</w:t>
            </w:r>
          </w:p>
          <w:p>
            <w:r>
              <w:rPr>
                <w:sz w:val="17"/>
              </w:rPr>
              <w:t>Kranvatten kommer inte rent ur naturen. Barnen får ett glas lerigt vatten och ska få det så klart som möjligt med sand, grus och kaffefilter.</w:t>
            </w:r>
          </w:p>
        </w:tc>
        <w:tc>
          <w:tcPr>
            <w:tcW w:type="dxa" w:w="1474"/>
          </w:tcPr>
          <w:p>
            <w:r>
              <w:t>En eftermiddag, En eftermiddag, ca 1,5 timme</w:t>
            </w:r>
          </w:p>
        </w:tc>
        <w:tc>
          <w:tcPr>
            <w:tcW w:type="dxa" w:w="1134"/>
          </w:tcPr>
          <w:p>
            <w:r>
              <w:t>vår, höst</w:t>
            </w:r>
          </w:p>
        </w:tc>
        <w:tc>
          <w:tcPr>
            <w:tcW w:type="dxa" w:w="907"/>
          </w:tcPr>
          <w:p>
            <w:r>
              <w:t>F-3 och 4-6</w:t>
            </w:r>
          </w:p>
        </w:tc>
        <w:tc>
          <w:tcPr>
            <w:tcW w:type="dxa" w:w="1020"/>
          </w:tcPr>
          <w:p>
            <w:r>
              <w:t>1 timme</w:t>
            </w:r>
          </w:p>
        </w:tc>
      </w:tr>
      <w:tr>
        <w:tc>
          <w:tcPr>
            <w:tcW w:type="dxa" w:w="680"/>
          </w:tcPr>
          <w:p>
            <w:r>
              <w:t>T059</w:t>
            </w:r>
          </w:p>
        </w:tc>
        <w:tc>
          <w:tcPr>
            <w:tcW w:type="dxa" w:w="4649"/>
          </w:tcPr>
          <w:p>
            <w:r>
              <w:rPr>
                <w:b/>
              </w:rPr>
              <w:t>Rymdveckan</w:t>
            </w:r>
          </w:p>
          <w:p>
            <w:r>
              <w:rPr>
                <w:sz w:val="17"/>
              </w:rPr>
              <w:t>När det blir mörkt tidigt ligger rymden nära. En vecka med månfaser, planetpromenad, sugrörsraketer och en egen stjärnhimmel.</w:t>
            </w:r>
          </w:p>
        </w:tc>
        <w:tc>
          <w:tcPr>
            <w:tcW w:type="dxa" w:w="1474"/>
          </w:tcPr>
          <w:p>
            <w:r>
              <w:t>Temavecka, En vecka, en aktivitet per dag</w:t>
            </w:r>
          </w:p>
        </w:tc>
        <w:tc>
          <w:tcPr>
            <w:tcW w:type="dxa" w:w="1134"/>
          </w:tcPr>
          <w:p>
            <w:r>
              <w:t>höst, vinter</w:t>
            </w:r>
          </w:p>
        </w:tc>
        <w:tc>
          <w:tcPr>
            <w:tcW w:type="dxa" w:w="907"/>
          </w:tcPr>
          <w:p>
            <w:r>
              <w:t>F-3 och 4-6</w:t>
            </w:r>
          </w:p>
        </w:tc>
        <w:tc>
          <w:tcPr>
            <w:tcW w:type="dxa" w:w="1020"/>
          </w:tcPr>
          <w:p>
            <w:r>
              <w:t>3-4 timmar</w:t>
            </w:r>
          </w:p>
        </w:tc>
      </w:tr>
      <w:tr>
        <w:tc>
          <w:tcPr>
            <w:tcW w:type="dxa" w:w="680"/>
          </w:tcPr>
          <w:p>
            <w:r>
              <w:t>T060</w:t>
            </w:r>
          </w:p>
        </w:tc>
        <w:tc>
          <w:tcPr>
            <w:tcW w:type="dxa" w:w="4649"/>
          </w:tcPr>
          <w:p>
            <w:r>
              <w:rPr>
                <w:b/>
              </w:rPr>
              <w:t>Fritids väderstation</w:t>
            </w:r>
          </w:p>
          <w:p>
            <w:r>
              <w:rPr>
                <w:sz w:val="17"/>
              </w:rPr>
              <w:t>Barnen bygger egna väderinstrument, mäter varje dag och sänder en väderrapport på fritids. Stämde SMHI:s prognos?</w:t>
            </w:r>
          </w:p>
        </w:tc>
        <w:tc>
          <w:tcPr>
            <w:tcW w:type="dxa" w:w="1474"/>
          </w:tcPr>
          <w:p>
            <w:r>
              <w:t>Temavecka, En vecka att bygga, sedan mätningar så länge barnen vill</w:t>
            </w:r>
          </w:p>
        </w:tc>
        <w:tc>
          <w:tcPr>
            <w:tcW w:type="dxa" w:w="1134"/>
          </w:tcPr>
          <w:p>
            <w:r>
              <w:t>höst</w:t>
            </w:r>
          </w:p>
        </w:tc>
        <w:tc>
          <w:tcPr>
            <w:tcW w:type="dxa" w:w="907"/>
          </w:tcPr>
          <w:p>
            <w:r>
              <w:t>F-3 och 4-6</w:t>
            </w:r>
          </w:p>
        </w:tc>
        <w:tc>
          <w:tcPr>
            <w:tcW w:type="dxa" w:w="1020"/>
          </w:tcPr>
          <w:p>
            <w:r>
              <w:t>2-3 timmar</w:t>
            </w:r>
          </w:p>
        </w:tc>
      </w:tr>
      <w:tr>
        <w:tc>
          <w:tcPr>
            <w:tcW w:type="dxa" w:w="680"/>
          </w:tcPr>
          <w:p>
            <w:r>
              <w:t>T061</w:t>
            </w:r>
          </w:p>
        </w:tc>
        <w:tc>
          <w:tcPr>
            <w:tcW w:type="dxa" w:w="4649"/>
          </w:tcPr>
          <w:p>
            <w:r>
              <w:rPr>
                <w:b/>
              </w:rPr>
              <w:t>Skräpspanarna</w:t>
            </w:r>
          </w:p>
          <w:p>
            <w:r>
              <w:rPr>
                <w:sz w:val="17"/>
              </w:rPr>
              <w:t>Vad slänger folk på vår skolgård, och var? Spanarlagen plockar, räknar och sorterar skräp och lämnar ett förslag till rektorn eller kommunen.</w:t>
            </w:r>
          </w:p>
        </w:tc>
        <w:tc>
          <w:tcPr>
            <w:tcW w:type="dxa" w:w="1474"/>
          </w:tcPr>
          <w:p>
            <w:r>
              <w:t>Temavecka, En vecka</w:t>
            </w:r>
          </w:p>
        </w:tc>
        <w:tc>
          <w:tcPr>
            <w:tcW w:type="dxa" w:w="1134"/>
          </w:tcPr>
          <w:p>
            <w:r>
              <w:t>vår</w:t>
            </w:r>
          </w:p>
        </w:tc>
        <w:tc>
          <w:tcPr>
            <w:tcW w:type="dxa" w:w="907"/>
          </w:tcPr>
          <w:p>
            <w:r>
              <w:t>F-3 och 4-6</w:t>
            </w:r>
          </w:p>
        </w:tc>
        <w:tc>
          <w:tcPr>
            <w:tcW w:type="dxa" w:w="1020"/>
          </w:tcPr>
          <w:p>
            <w:r>
              <w:t>2 timmar</w:t>
            </w:r>
          </w:p>
        </w:tc>
      </w:tr>
      <w:tr>
        <w:tc>
          <w:tcPr>
            <w:tcW w:type="dxa" w:w="680"/>
          </w:tcPr>
          <w:p>
            <w:r>
              <w:t>T062</w:t>
            </w:r>
          </w:p>
        </w:tc>
        <w:tc>
          <w:tcPr>
            <w:tcW w:type="dxa" w:w="4649"/>
          </w:tcPr>
          <w:p>
            <w:r>
              <w:rPr>
                <w:b/>
              </w:rPr>
              <w:t>Klara dig-veckan</w:t>
            </w:r>
          </w:p>
          <w:p>
            <w:r>
              <w:rPr>
                <w:sz w:val="17"/>
              </w:rPr>
              <w:t>Om strömmen går i en vecka, vad behöver vi då? Barnen tar reda på vad hemberedskap är och testar att klara sig utan el, kran och mobil en eftermiddag.</w:t>
            </w:r>
          </w:p>
        </w:tc>
        <w:tc>
          <w:tcPr>
            <w:tcW w:type="dxa" w:w="1474"/>
          </w:tcPr>
          <w:p>
            <w:r>
              <w:t>Temavecka, En vecka</w:t>
            </w:r>
          </w:p>
        </w:tc>
        <w:tc>
          <w:tcPr>
            <w:tcW w:type="dxa" w:w="1134"/>
          </w:tcPr>
          <w:p>
            <w:r>
              <w:t>höst</w:t>
            </w:r>
          </w:p>
        </w:tc>
        <w:tc>
          <w:tcPr>
            <w:tcW w:type="dxa" w:w="907"/>
          </w:tcPr>
          <w:p>
            <w:r>
              <w:t>4-6</w:t>
            </w:r>
          </w:p>
        </w:tc>
        <w:tc>
          <w:tcPr>
            <w:tcW w:type="dxa" w:w="1020"/>
          </w:tcPr>
          <w:p>
            <w:r>
              <w:t>3 timmar</w:t>
            </w:r>
          </w:p>
        </w:tc>
      </w:tr>
      <w:tr>
        <w:tc>
          <w:tcPr>
            <w:tcW w:type="dxa" w:w="680"/>
          </w:tcPr>
          <w:p>
            <w:r>
              <w:t>T063</w:t>
            </w:r>
          </w:p>
        </w:tc>
        <w:tc>
          <w:tcPr>
            <w:tcW w:type="dxa" w:w="4649"/>
          </w:tcPr>
          <w:p>
            <w:r>
              <w:rPr>
                <w:b/>
              </w:rPr>
              <w:t>Uppfinnarveckan</w:t>
            </w:r>
          </w:p>
          <w:p>
            <w:r>
              <w:rPr>
                <w:sz w:val="17"/>
              </w:rPr>
              <w:t>Varje uppfinning börjar med ett problem. Barnen letar upp vardagsproblem på fritids, ritar lösningar och bygger prototyper av skräpmaterial.</w:t>
            </w:r>
          </w:p>
        </w:tc>
        <w:tc>
          <w:tcPr>
            <w:tcW w:type="dxa" w:w="1474"/>
          </w:tcPr>
          <w:p>
            <w:r>
              <w:t>Temavecka, En vecka</w:t>
            </w:r>
          </w:p>
        </w:tc>
        <w:tc>
          <w:tcPr>
            <w:tcW w:type="dxa" w:w="1134"/>
          </w:tcPr>
          <w:p>
            <w:r>
              <w:t>vinter</w:t>
            </w:r>
          </w:p>
        </w:tc>
        <w:tc>
          <w:tcPr>
            <w:tcW w:type="dxa" w:w="907"/>
          </w:tcPr>
          <w:p>
            <w:r>
              <w:t>F-3 och 4-6</w:t>
            </w:r>
          </w:p>
        </w:tc>
        <w:tc>
          <w:tcPr>
            <w:tcW w:type="dxa" w:w="1020"/>
          </w:tcPr>
          <w:p>
            <w:r>
              <w:t>2 timmar</w:t>
            </w:r>
          </w:p>
        </w:tc>
      </w:tr>
      <w:tr>
        <w:tc>
          <w:tcPr>
            <w:tcW w:type="dxa" w:w="680"/>
          </w:tcPr>
          <w:p>
            <w:r>
              <w:t>T064</w:t>
            </w:r>
          </w:p>
        </w:tc>
        <w:tc>
          <w:tcPr>
            <w:tcW w:type="dxa" w:w="4649"/>
          </w:tcPr>
          <w:p>
            <w:r>
              <w:rPr>
                <w:b/>
              </w:rPr>
              <w:t>Närområdesdetektiverna</w:t>
            </w:r>
          </w:p>
          <w:p>
            <w:r>
              <w:rPr>
                <w:sz w:val="17"/>
              </w:rPr>
              <w:t>Detektivlagen undersöker området runt skolan: var är det farligt att gå, hur syns man i mörker och vilka skyltar finns? På fredagen lämnar de sin rapport.</w:t>
            </w:r>
          </w:p>
        </w:tc>
        <w:tc>
          <w:tcPr>
            <w:tcW w:type="dxa" w:w="1474"/>
          </w:tcPr>
          <w:p>
            <w:r>
              <w:t>Temavecka, En vecka</w:t>
            </w:r>
          </w:p>
        </w:tc>
        <w:tc>
          <w:tcPr>
            <w:tcW w:type="dxa" w:w="1134"/>
          </w:tcPr>
          <w:p>
            <w:r>
              <w:t>höst</w:t>
            </w:r>
          </w:p>
        </w:tc>
        <w:tc>
          <w:tcPr>
            <w:tcW w:type="dxa" w:w="907"/>
          </w:tcPr>
          <w:p>
            <w:r>
              <w:t>F-3</w:t>
            </w:r>
          </w:p>
        </w:tc>
        <w:tc>
          <w:tcPr>
            <w:tcW w:type="dxa" w:w="1020"/>
          </w:tcPr>
          <w:p>
            <w:r>
              <w:t>2 timmar</w:t>
            </w:r>
          </w:p>
        </w:tc>
      </w:tr>
      <w:tr>
        <w:tc>
          <w:tcPr>
            <w:tcW w:type="dxa" w:w="680"/>
          </w:tcPr>
          <w:p>
            <w:r>
              <w:t>T065</w:t>
            </w:r>
          </w:p>
        </w:tc>
        <w:tc>
          <w:tcPr>
            <w:tcW w:type="dxa" w:w="4649"/>
          </w:tcPr>
          <w:p>
            <w:r>
              <w:rPr>
                <w:b/>
              </w:rPr>
              <w:t>Fritidskocken</w:t>
            </w:r>
          </w:p>
          <w:p>
            <w:r>
              <w:rPr>
                <w:sz w:val="17"/>
              </w:rPr>
              <w:t>Barnen lagar mellanmålet själva: bakar frallor, gör soppa och mixar smoothie. På fredagen öppnar fritidscaféet för gäster.</w:t>
            </w:r>
          </w:p>
        </w:tc>
        <w:tc>
          <w:tcPr>
            <w:tcW w:type="dxa" w:w="1474"/>
          </w:tcPr>
          <w:p>
            <w:r>
              <w:t>Temavecka, En vecka, matlagning 3-4 dagar</w:t>
            </w:r>
          </w:p>
        </w:tc>
        <w:tc>
          <w:tcPr>
            <w:tcW w:type="dxa" w:w="1134"/>
          </w:tcPr>
          <w:p>
            <w:r>
              <w:t>hela året</w:t>
            </w:r>
          </w:p>
        </w:tc>
        <w:tc>
          <w:tcPr>
            <w:tcW w:type="dxa" w:w="907"/>
          </w:tcPr>
          <w:p>
            <w:r>
              <w:t>F-3 och 4-6</w:t>
            </w:r>
          </w:p>
        </w:tc>
        <w:tc>
          <w:tcPr>
            <w:tcW w:type="dxa" w:w="1020"/>
          </w:tcPr>
          <w:p>
            <w:r>
              <w:t>3 timmar</w:t>
            </w:r>
          </w:p>
        </w:tc>
      </w:tr>
      <w:tr>
        <w:tc>
          <w:tcPr>
            <w:tcW w:type="dxa" w:w="680"/>
          </w:tcPr>
          <w:p>
            <w:r>
              <w:t>T066</w:t>
            </w:r>
          </w:p>
        </w:tc>
        <w:tc>
          <w:tcPr>
            <w:tcW w:type="dxa" w:w="4649"/>
          </w:tcPr>
          <w:p>
            <w:r>
              <w:rPr>
                <w:b/>
              </w:rPr>
              <w:t>Småkrypsveckan</w:t>
            </w:r>
          </w:p>
          <w:p>
            <w:r>
              <w:rPr>
                <w:sz w:val="17"/>
              </w:rPr>
              <w:t>Under en sten på skolgården bor fler djur än det går barn på skolan. En vecka med småkrypsjakt, insektshotell, fjärilsrestaurang och insektsbar.</w:t>
            </w:r>
          </w:p>
        </w:tc>
        <w:tc>
          <w:tcPr>
            <w:tcW w:type="dxa" w:w="1474"/>
          </w:tcPr>
          <w:p>
            <w:r>
              <w:t>Temavecka, En vecka</w:t>
            </w:r>
          </w:p>
        </w:tc>
        <w:tc>
          <w:tcPr>
            <w:tcW w:type="dxa" w:w="1134"/>
          </w:tcPr>
          <w:p>
            <w:r>
              <w:t>vår, sommar</w:t>
            </w:r>
          </w:p>
        </w:tc>
        <w:tc>
          <w:tcPr>
            <w:tcW w:type="dxa" w:w="907"/>
          </w:tcPr>
          <w:p>
            <w:r>
              <w:t>F-3</w:t>
            </w:r>
          </w:p>
        </w:tc>
        <w:tc>
          <w:tcPr>
            <w:tcW w:type="dxa" w:w="1020"/>
          </w:tcPr>
          <w:p>
            <w:r>
              <w:t>2-3 timmar</w:t>
            </w:r>
          </w:p>
        </w:tc>
      </w:tr>
      <w:tr>
        <w:tc>
          <w:tcPr>
            <w:tcW w:type="dxa" w:w="680"/>
          </w:tcPr>
          <w:p>
            <w:r>
              <w:t>T067</w:t>
            </w:r>
          </w:p>
        </w:tc>
        <w:tc>
          <w:tcPr>
            <w:tcW w:type="dxa" w:w="4649"/>
          </w:tcPr>
          <w:p>
            <w:r>
              <w:rPr>
                <w:b/>
              </w:rPr>
              <w:t>Fritidsodlingen</w:t>
            </w:r>
          </w:p>
          <w:p>
            <w:r>
              <w:rPr>
                <w:sz w:val="17"/>
              </w:rPr>
              <w:t>Från frö till skörd på fritids. Barnen förodlar inne, planterar ut i pallkragar och skördar själva när de kommer tillbaka efter sommarlovet.</w:t>
            </w:r>
          </w:p>
        </w:tc>
        <w:tc>
          <w:tcPr>
            <w:tcW w:type="dxa" w:w="1474"/>
          </w:tcPr>
          <w:p>
            <w:r>
              <w:t>Projekt, Mars till juni, skörd i augusti och september</w:t>
            </w:r>
          </w:p>
        </w:tc>
        <w:tc>
          <w:tcPr>
            <w:tcW w:type="dxa" w:w="1134"/>
          </w:tcPr>
          <w:p>
            <w:r>
              <w:t>vår, sommar</w:t>
            </w:r>
          </w:p>
        </w:tc>
        <w:tc>
          <w:tcPr>
            <w:tcW w:type="dxa" w:w="907"/>
          </w:tcPr>
          <w:p>
            <w:r>
              <w:t>F-3 och 4-6</w:t>
            </w:r>
          </w:p>
        </w:tc>
        <w:tc>
          <w:tcPr>
            <w:tcW w:type="dxa" w:w="1020"/>
          </w:tcPr>
          <w:p>
            <w:r>
              <w:t>4-5 timmar över terminen</w:t>
            </w:r>
          </w:p>
        </w:tc>
      </w:tr>
      <w:tr>
        <w:tc>
          <w:tcPr>
            <w:tcW w:type="dxa" w:w="680"/>
          </w:tcPr>
          <w:p>
            <w:r>
              <w:t>T068</w:t>
            </w:r>
          </w:p>
        </w:tc>
        <w:tc>
          <w:tcPr>
            <w:tcW w:type="dxa" w:w="4649"/>
          </w:tcPr>
          <w:p>
            <w:r>
              <w:rPr>
                <w:b/>
              </w:rPr>
              <w:t>Holkbygget</w:t>
            </w:r>
          </w:p>
          <w:p>
            <w:r>
              <w:rPr>
                <w:sz w:val="17"/>
              </w:rPr>
              <w:t>Fler fåglar behöver ett ställe att bo på. Barnen bygger riktiga holkar för mesar, hänger upp dem på skolgården och följer vem som flyttar in i vår.</w:t>
            </w:r>
          </w:p>
        </w:tc>
        <w:tc>
          <w:tcPr>
            <w:tcW w:type="dxa" w:w="1474"/>
          </w:tcPr>
          <w:p>
            <w:r>
              <w:t>Projekt, 3-4 veckor, en eller två eftermiddagar i veckan</w:t>
            </w:r>
          </w:p>
        </w:tc>
        <w:tc>
          <w:tcPr>
            <w:tcW w:type="dxa" w:w="1134"/>
          </w:tcPr>
          <w:p>
            <w:r>
              <w:t>vinter</w:t>
            </w:r>
          </w:p>
        </w:tc>
        <w:tc>
          <w:tcPr>
            <w:tcW w:type="dxa" w:w="907"/>
          </w:tcPr>
          <w:p>
            <w:r>
              <w:t>4-6</w:t>
            </w:r>
          </w:p>
        </w:tc>
        <w:tc>
          <w:tcPr>
            <w:tcW w:type="dxa" w:w="1020"/>
          </w:tcPr>
          <w:p>
            <w:r>
              <w:t>3 timmar</w:t>
            </w:r>
          </w:p>
        </w:tc>
      </w:tr>
      <w:tr>
        <w:tc>
          <w:tcPr>
            <w:tcW w:type="dxa" w:w="680"/>
          </w:tcPr>
          <w:p>
            <w:r>
              <w:t>T069</w:t>
            </w:r>
          </w:p>
        </w:tc>
        <w:tc>
          <w:tcPr>
            <w:tcW w:type="dxa" w:w="4649"/>
          </w:tcPr>
          <w:p>
            <w:r>
              <w:rPr>
                <w:b/>
              </w:rPr>
              <w:t>Fritidsföretaget</w:t>
            </w:r>
          </w:p>
          <w:p>
            <w:r>
              <w:rPr>
                <w:sz w:val="17"/>
              </w:rPr>
              <w:t>Barnen startar ett riktigt företag: affärsidé, budget, produktion, reklam och försäljning på julmarknaden. Vinsten bestämmer de över själva.</w:t>
            </w:r>
          </w:p>
        </w:tc>
        <w:tc>
          <w:tcPr>
            <w:tcW w:type="dxa" w:w="1474"/>
          </w:tcPr>
          <w:p>
            <w:r>
              <w:t>Projekt, 4-6 veckor</w:t>
            </w:r>
          </w:p>
        </w:tc>
        <w:tc>
          <w:tcPr>
            <w:tcW w:type="dxa" w:w="1134"/>
          </w:tcPr>
          <w:p>
            <w:r>
              <w:t>höst, vinter</w:t>
            </w:r>
          </w:p>
        </w:tc>
        <w:tc>
          <w:tcPr>
            <w:tcW w:type="dxa" w:w="907"/>
          </w:tcPr>
          <w:p>
            <w:r>
              <w:t>4-6</w:t>
            </w:r>
          </w:p>
        </w:tc>
        <w:tc>
          <w:tcPr>
            <w:tcW w:type="dxa" w:w="1020"/>
          </w:tcPr>
          <w:p>
            <w:r>
              <w:t>3 timmar</w:t>
            </w:r>
          </w:p>
        </w:tc>
      </w:tr>
      <w:tr>
        <w:tc>
          <w:tcPr>
            <w:tcW w:type="dxa" w:w="680"/>
          </w:tcPr>
          <w:p>
            <w:r>
              <w:t>T070</w:t>
            </w:r>
          </w:p>
        </w:tc>
        <w:tc>
          <w:tcPr>
            <w:tcW w:type="dxa" w:w="4649"/>
          </w:tcPr>
          <w:p>
            <w:r>
              <w:rPr>
                <w:b/>
              </w:rPr>
              <w:t>Maskfarmen</w:t>
            </w:r>
          </w:p>
          <w:p>
            <w:r>
              <w:rPr>
                <w:sz w:val="17"/>
              </w:rPr>
              <w:t>En låda med kompostmaskar gör om fruktskal till jord. Barnen matar, räknar och väger och får egen jord till vårens odling.</w:t>
            </w:r>
          </w:p>
        </w:tc>
        <w:tc>
          <w:tcPr>
            <w:tcW w:type="dxa" w:w="1474"/>
          </w:tcPr>
          <w:p>
            <w:r>
              <w:t>Projekt, Minst 8 veckor, gärna hela läsåret</w:t>
            </w:r>
          </w:p>
        </w:tc>
        <w:tc>
          <w:tcPr>
            <w:tcW w:type="dxa" w:w="1134"/>
          </w:tcPr>
          <w:p>
            <w:r>
              <w:t>höst, vinter, vår</w:t>
            </w:r>
          </w:p>
        </w:tc>
        <w:tc>
          <w:tcPr>
            <w:tcW w:type="dxa" w:w="907"/>
          </w:tcPr>
          <w:p>
            <w:r>
              <w:t>F-3</w:t>
            </w:r>
          </w:p>
        </w:tc>
        <w:tc>
          <w:tcPr>
            <w:tcW w:type="dxa" w:w="1020"/>
          </w:tcPr>
          <w:p>
            <w:r>
              <w:t>2 timmar</w:t>
            </w:r>
          </w:p>
        </w:tc>
      </w:tr>
      <w:tr>
        <w:tc>
          <w:tcPr>
            <w:tcW w:type="dxa" w:w="680"/>
          </w:tcPr>
          <w:p>
            <w:r>
              <w:t>T071</w:t>
            </w:r>
          </w:p>
        </w:tc>
        <w:tc>
          <w:tcPr>
            <w:tcW w:type="dxa" w:w="4649"/>
          </w:tcPr>
          <w:p>
            <w:r>
              <w:rPr>
                <w:b/>
              </w:rPr>
              <w:t>Kartmakarna</w:t>
            </w:r>
          </w:p>
          <w:p>
            <w:r>
              <w:rPr>
                <w:sz w:val="17"/>
              </w:rPr>
              <w:t>Barnen gör en riktig karta över skolgården och närområdet med skala och teckenförklaring, och bygger sedan en skattjakt åt de yngre med sin egen karta.</w:t>
            </w:r>
          </w:p>
        </w:tc>
        <w:tc>
          <w:tcPr>
            <w:tcW w:type="dxa" w:w="1474"/>
          </w:tcPr>
          <w:p>
            <w:r>
              <w:t>Projekt, 3-4 veckor, två eftermiddagar i veckan</w:t>
            </w:r>
          </w:p>
        </w:tc>
        <w:tc>
          <w:tcPr>
            <w:tcW w:type="dxa" w:w="1134"/>
          </w:tcPr>
          <w:p>
            <w:r>
              <w:t>höst, vår</w:t>
            </w:r>
          </w:p>
        </w:tc>
        <w:tc>
          <w:tcPr>
            <w:tcW w:type="dxa" w:w="907"/>
          </w:tcPr>
          <w:p>
            <w:r>
              <w:t>4-6</w:t>
            </w:r>
          </w:p>
        </w:tc>
        <w:tc>
          <w:tcPr>
            <w:tcW w:type="dxa" w:w="1020"/>
          </w:tcPr>
          <w:p>
            <w:r>
              <w:t>2-3 timmar</w:t>
            </w:r>
          </w:p>
        </w:tc>
      </w:tr>
      <w:tr>
        <w:tc>
          <w:tcPr>
            <w:tcW w:type="dxa" w:w="680"/>
          </w:tcPr>
          <w:p>
            <w:r>
              <w:t>T072</w:t>
            </w:r>
          </w:p>
        </w:tc>
        <w:tc>
          <w:tcPr>
            <w:tcW w:type="dxa" w:w="4649"/>
          </w:tcPr>
          <w:p>
            <w:r>
              <w:rPr>
                <w:b/>
              </w:rPr>
              <w:t>Kedjereaktionsmaskinen</w:t>
            </w:r>
          </w:p>
          <w:p>
            <w:r>
              <w:rPr>
                <w:sz w:val="17"/>
              </w:rPr>
              <w:t>En kula sätter igång en domino som välter en pendel som släpper en boll som ... Varje team bygger en del och till slut ska hela maskinen gå utan att någon rör den.</w:t>
            </w:r>
          </w:p>
        </w:tc>
        <w:tc>
          <w:tcPr>
            <w:tcW w:type="dxa" w:w="1474"/>
          </w:tcPr>
          <w:p>
            <w:r>
              <w:t>Projekt, 3 veckor, två eftermiddagar i veckan</w:t>
            </w:r>
          </w:p>
        </w:tc>
        <w:tc>
          <w:tcPr>
            <w:tcW w:type="dxa" w:w="1134"/>
          </w:tcPr>
          <w:p>
            <w:r>
              <w:t>vinter</w:t>
            </w:r>
          </w:p>
        </w:tc>
        <w:tc>
          <w:tcPr>
            <w:tcW w:type="dxa" w:w="907"/>
          </w:tcPr>
          <w:p>
            <w:r>
              <w:t>4-6</w:t>
            </w:r>
          </w:p>
        </w:tc>
        <w:tc>
          <w:tcPr>
            <w:tcW w:type="dxa" w:w="1020"/>
          </w:tcPr>
          <w:p>
            <w:r>
              <w:t>2 timmar</w:t>
            </w:r>
          </w:p>
        </w:tc>
      </w:tr>
      <w:tr>
        <w:tc>
          <w:tcPr>
            <w:tcW w:type="dxa" w:w="680"/>
          </w:tcPr>
          <w:p>
            <w:r>
              <w:t>T073</w:t>
            </w:r>
          </w:p>
        </w:tc>
        <w:tc>
          <w:tcPr>
            <w:tcW w:type="dxa" w:w="4649"/>
          </w:tcPr>
          <w:p>
            <w:r>
              <w:rPr>
                <w:b/>
              </w:rPr>
              <w:t>Vinterfåglarna</w:t>
            </w:r>
          </w:p>
          <w:p>
            <w:r>
              <w:rPr>
                <w:sz w:val="17"/>
              </w:rPr>
              <w:t>Sveriges största fågelräkning sker sista helgen i januari. Fritids bygger fågelmatare, gör talgbollar och räknar fåglarna vid skolan.</w:t>
            </w:r>
          </w:p>
        </w:tc>
        <w:tc>
          <w:tcPr>
            <w:tcW w:type="dxa" w:w="1474"/>
          </w:tcPr>
          <w:p>
            <w:r>
              <w:t>Tradition, Två veckor i januari, varje år</w:t>
            </w:r>
          </w:p>
        </w:tc>
        <w:tc>
          <w:tcPr>
            <w:tcW w:type="dxa" w:w="1134"/>
          </w:tcPr>
          <w:p>
            <w:r>
              <w:t>vinter</w:t>
            </w:r>
          </w:p>
        </w:tc>
        <w:tc>
          <w:tcPr>
            <w:tcW w:type="dxa" w:w="907"/>
          </w:tcPr>
          <w:p>
            <w:r>
              <w:t>F-3 och 4-6</w:t>
            </w:r>
          </w:p>
        </w:tc>
        <w:tc>
          <w:tcPr>
            <w:tcW w:type="dxa" w:w="1020"/>
          </w:tcPr>
          <w:p>
            <w:r>
              <w:t>2 timmar</w:t>
            </w:r>
          </w:p>
        </w:tc>
      </w:tr>
      <w:tr>
        <w:tc>
          <w:tcPr>
            <w:tcW w:type="dxa" w:w="680"/>
          </w:tcPr>
          <w:p>
            <w:r>
              <w:t>T074</w:t>
            </w:r>
          </w:p>
        </w:tc>
        <w:tc>
          <w:tcPr>
            <w:tcW w:type="dxa" w:w="4649"/>
          </w:tcPr>
          <w:p>
            <w:r>
              <w:rPr>
                <w:b/>
              </w:rPr>
              <w:t>Barnkonventionens dag</w:t>
            </w:r>
          </w:p>
          <w:p>
            <w:r>
              <w:rPr>
                <w:sz w:val="17"/>
              </w:rPr>
              <w:t>Den 20 november fyller barnkonventionen år. Fritids firar med en rättighetsjakt och sätter särskilt fokus på artikel 31, rätten till lek, vila och fritid.</w:t>
            </w:r>
          </w:p>
        </w:tc>
        <w:tc>
          <w:tcPr>
            <w:tcW w:type="dxa" w:w="1474"/>
          </w:tcPr>
          <w:p>
            <w:r>
              <w:t>Tradition, En eftermiddag kring den 20 november, varje år</w:t>
            </w:r>
          </w:p>
        </w:tc>
        <w:tc>
          <w:tcPr>
            <w:tcW w:type="dxa" w:w="1134"/>
          </w:tcPr>
          <w:p>
            <w:r>
              <w:t>höst</w:t>
            </w:r>
          </w:p>
        </w:tc>
        <w:tc>
          <w:tcPr>
            <w:tcW w:type="dxa" w:w="907"/>
          </w:tcPr>
          <w:p>
            <w:r>
              <w:t>F-3 och 4-6</w:t>
            </w:r>
          </w:p>
        </w:tc>
        <w:tc>
          <w:tcPr>
            <w:tcW w:type="dxa" w:w="1020"/>
          </w:tcPr>
          <w:p>
            <w:r>
              <w:t>2 timmar</w:t>
            </w:r>
          </w:p>
        </w:tc>
      </w:tr>
      <w:tr>
        <w:tc>
          <w:tcPr>
            <w:tcW w:type="dxa" w:w="680"/>
          </w:tcPr>
          <w:p>
            <w:r>
              <w:t>T075</w:t>
            </w:r>
          </w:p>
        </w:tc>
        <w:tc>
          <w:tcPr>
            <w:tcW w:type="dxa" w:w="4649"/>
          </w:tcPr>
          <w:p>
            <w:r>
              <w:rPr>
                <w:b/>
              </w:rPr>
              <w:t>Samernas nationaldag</w:t>
            </w:r>
          </w:p>
          <w:p>
            <w:r>
              <w:rPr>
                <w:sz w:val="17"/>
              </w:rPr>
              <w:t>Den 6 februari firas samernas nationaldag i hela Sápmi. Fritids lär sig om flaggan, kartan över Sápmi och samiskt liv förr och nu, och börjar en årskalender med alla nationella minoriteters dagar.</w:t>
            </w:r>
          </w:p>
        </w:tc>
        <w:tc>
          <w:tcPr>
            <w:tcW w:type="dxa" w:w="1474"/>
          </w:tcPr>
          <w:p>
            <w:r>
              <w:t>Tradition, En eftermiddag kring den 6 februari, varje år</w:t>
            </w:r>
          </w:p>
        </w:tc>
        <w:tc>
          <w:tcPr>
            <w:tcW w:type="dxa" w:w="1134"/>
          </w:tcPr>
          <w:p>
            <w:r>
              <w:t>vinter</w:t>
            </w:r>
          </w:p>
        </w:tc>
        <w:tc>
          <w:tcPr>
            <w:tcW w:type="dxa" w:w="907"/>
          </w:tcPr>
          <w:p>
            <w:r>
              <w:t>F-3 och 4-6</w:t>
            </w:r>
          </w:p>
        </w:tc>
        <w:tc>
          <w:tcPr>
            <w:tcW w:type="dxa" w:w="1020"/>
          </w:tcPr>
          <w:p>
            <w:r>
              <w:t>2-3 timmar</w:t>
            </w:r>
          </w:p>
        </w:tc>
      </w:tr>
    </w:tbl>
    <w:p>
      <w:pPr>
        <w:pStyle w:val="Heading2"/>
      </w:pPr>
      <w:r>
        <w:rPr>
          <w:color w:val="F08A3C"/>
        </w:rPr>
        <w:t>Lekar, fysisk aktivitet och utevistelse (25)</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c>
          <w:tcPr>
            <w:tcW w:type="dxa" w:w="680"/>
            <w:shd w:val="clear" w:color="auto" w:fill="F08A3C"/>
          </w:tcPr>
          <w:p>
            <w:r>
              <w:rPr>
                <w:b/>
                <w:color w:val="FFFFFF"/>
              </w:rPr>
              <w:t>Nr</w:t>
            </w:r>
          </w:p>
        </w:tc>
        <w:tc>
          <w:tcPr>
            <w:tcW w:type="dxa" w:w="4649"/>
            <w:shd w:val="clear" w:color="auto" w:fill="F08A3C"/>
          </w:tcPr>
          <w:p>
            <w:r>
              <w:rPr>
                <w:b/>
                <w:color w:val="FFFFFF"/>
              </w:rPr>
              <w:t>Tema</w:t>
            </w:r>
          </w:p>
        </w:tc>
        <w:tc>
          <w:tcPr>
            <w:tcW w:type="dxa" w:w="1474"/>
            <w:shd w:val="clear" w:color="auto" w:fill="F08A3C"/>
          </w:tcPr>
          <w:p>
            <w:r>
              <w:rPr>
                <w:b/>
                <w:color w:val="FFFFFF"/>
              </w:rPr>
              <w:t>Storlek</w:t>
            </w:r>
          </w:p>
        </w:tc>
        <w:tc>
          <w:tcPr>
            <w:tcW w:type="dxa" w:w="1134"/>
            <w:shd w:val="clear" w:color="auto" w:fill="F08A3C"/>
          </w:tcPr>
          <w:p>
            <w:r>
              <w:rPr>
                <w:b/>
                <w:color w:val="FFFFFF"/>
              </w:rPr>
              <w:t>När</w:t>
            </w:r>
          </w:p>
        </w:tc>
        <w:tc>
          <w:tcPr>
            <w:tcW w:type="dxa" w:w="907"/>
            <w:shd w:val="clear" w:color="auto" w:fill="F08A3C"/>
          </w:tcPr>
          <w:p>
            <w:r>
              <w:rPr>
                <w:b/>
                <w:color w:val="FFFFFF"/>
              </w:rPr>
              <w:t>För</w:t>
            </w:r>
          </w:p>
        </w:tc>
        <w:tc>
          <w:tcPr>
            <w:tcW w:type="dxa" w:w="1020"/>
            <w:shd w:val="clear" w:color="auto" w:fill="F08A3C"/>
          </w:tcPr>
          <w:p>
            <w:r>
              <w:rPr>
                <w:b/>
                <w:color w:val="FFFFFF"/>
              </w:rPr>
              <w:t>Förb.</w:t>
            </w:r>
          </w:p>
        </w:tc>
      </w:tr>
      <w:tr>
        <w:tc>
          <w:tcPr>
            <w:tcW w:type="dxa" w:w="680"/>
          </w:tcPr>
          <w:p>
            <w:r>
              <w:t>T076</w:t>
            </w:r>
          </w:p>
        </w:tc>
        <w:tc>
          <w:tcPr>
            <w:tcW w:type="dxa" w:w="4649"/>
          </w:tcPr>
          <w:p>
            <w:r>
              <w:rPr>
                <w:b/>
              </w:rPr>
              <w:t>Den stora skattjakten</w:t>
            </w:r>
          </w:p>
          <w:p>
            <w:r>
              <w:rPr>
                <w:sz w:val="17"/>
              </w:rPr>
              <w:t>En kista är borta och spåren leder runt hela skolgården. Lagen följer en kedja av ledtrådar i bild och få ord, löser små uppdrag och hittar till sist skatten tillsammans.</w:t>
            </w:r>
          </w:p>
        </w:tc>
        <w:tc>
          <w:tcPr>
            <w:tcW w:type="dxa" w:w="1474"/>
          </w:tcPr>
          <w:p>
            <w:r>
              <w:t>En eftermiddag, En eftermiddag, ca 90 minuter</w:t>
            </w:r>
          </w:p>
        </w:tc>
        <w:tc>
          <w:tcPr>
            <w:tcW w:type="dxa" w:w="1134"/>
          </w:tcPr>
          <w:p>
            <w:r>
              <w:t>höst</w:t>
            </w:r>
          </w:p>
        </w:tc>
        <w:tc>
          <w:tcPr>
            <w:tcW w:type="dxa" w:w="907"/>
          </w:tcPr>
          <w:p>
            <w:r>
              <w:t>F-3</w:t>
            </w:r>
          </w:p>
        </w:tc>
        <w:tc>
          <w:tcPr>
            <w:tcW w:type="dxa" w:w="1020"/>
          </w:tcPr>
          <w:p>
            <w:r>
              <w:t>2 timmar</w:t>
            </w:r>
          </w:p>
        </w:tc>
      </w:tr>
      <w:tr>
        <w:tc>
          <w:tcPr>
            <w:tcW w:type="dxa" w:w="680"/>
          </w:tcPr>
          <w:p>
            <w:r>
              <w:t>T077</w:t>
            </w:r>
          </w:p>
        </w:tc>
        <w:tc>
          <w:tcPr>
            <w:tcW w:type="dxa" w:w="4649"/>
          </w:tcPr>
          <w:p>
            <w:r>
              <w:rPr>
                <w:b/>
              </w:rPr>
              <w:t>Stormköksdagen</w:t>
            </w:r>
          </w:p>
          <w:p>
            <w:r>
              <w:rPr>
                <w:sz w:val="17"/>
              </w:rPr>
              <w:t>Fritidsklubben går ut till en grillplats eller skogsdunge och lagar sitt eget mellanmål på stormkök. Riktig utrustning, riktiga lågor och mat man har gjort själv smakar annorlunda i kylan.</w:t>
            </w:r>
          </w:p>
        </w:tc>
        <w:tc>
          <w:tcPr>
            <w:tcW w:type="dxa" w:w="1474"/>
          </w:tcPr>
          <w:p>
            <w:r>
              <w:t>En eftermiddag, En eftermiddag, 2-3 timmar inklusive promenad</w:t>
            </w:r>
          </w:p>
        </w:tc>
        <w:tc>
          <w:tcPr>
            <w:tcW w:type="dxa" w:w="1134"/>
          </w:tcPr>
          <w:p>
            <w:r>
              <w:t>höst, vinter</w:t>
            </w:r>
          </w:p>
        </w:tc>
        <w:tc>
          <w:tcPr>
            <w:tcW w:type="dxa" w:w="907"/>
          </w:tcPr>
          <w:p>
            <w:r>
              <w:t>4-6</w:t>
            </w:r>
          </w:p>
        </w:tc>
        <w:tc>
          <w:tcPr>
            <w:tcW w:type="dxa" w:w="1020"/>
          </w:tcPr>
          <w:p>
            <w:r>
              <w:t>3 timmar</w:t>
            </w:r>
          </w:p>
        </w:tc>
      </w:tr>
      <w:tr>
        <w:tc>
          <w:tcPr>
            <w:tcW w:type="dxa" w:w="680"/>
          </w:tcPr>
          <w:p>
            <w:r>
              <w:t>T078</w:t>
            </w:r>
          </w:p>
        </w:tc>
        <w:tc>
          <w:tcPr>
            <w:tcW w:type="dxa" w:w="4649"/>
          </w:tcPr>
          <w:p>
            <w:r>
              <w:rPr>
                <w:b/>
              </w:rPr>
              <w:t>Livräddarskolan på land</w:t>
            </w:r>
          </w:p>
          <w:p>
            <w:r>
              <w:rPr>
                <w:sz w:val="17"/>
              </w:rPr>
              <w:t>Innan isarna lägger sig övar fritids att rädda en kompis från land, helt torrt. Barnen tränar att kasta lina, använda 'förlängda armen' och ringa 112. Det är på riktigt och det är kul att träffa.</w:t>
            </w:r>
          </w:p>
        </w:tc>
        <w:tc>
          <w:tcPr>
            <w:tcW w:type="dxa" w:w="1474"/>
          </w:tcPr>
          <w:p>
            <w:r>
              <w:t>En eftermiddag, En eftermiddag, ca 90 minuter</w:t>
            </w:r>
          </w:p>
        </w:tc>
        <w:tc>
          <w:tcPr>
            <w:tcW w:type="dxa" w:w="1134"/>
          </w:tcPr>
          <w:p>
            <w:r>
              <w:t>vinter</w:t>
            </w:r>
          </w:p>
        </w:tc>
        <w:tc>
          <w:tcPr>
            <w:tcW w:type="dxa" w:w="907"/>
          </w:tcPr>
          <w:p>
            <w:r>
              <w:t>F-3 och 4-6</w:t>
            </w:r>
          </w:p>
        </w:tc>
        <w:tc>
          <w:tcPr>
            <w:tcW w:type="dxa" w:w="1020"/>
          </w:tcPr>
          <w:p>
            <w:r>
              <w:t>1-2 timmar</w:t>
            </w:r>
          </w:p>
        </w:tc>
      </w:tr>
      <w:tr>
        <w:tc>
          <w:tcPr>
            <w:tcW w:type="dxa" w:w="680"/>
          </w:tcPr>
          <w:p>
            <w:r>
              <w:t>T079</w:t>
            </w:r>
          </w:p>
        </w:tc>
        <w:tc>
          <w:tcPr>
            <w:tcW w:type="dxa" w:w="4649"/>
          </w:tcPr>
          <w:p>
            <w:r>
              <w:rPr>
                <w:b/>
              </w:rPr>
              <w:t>Barnen bygger hinderbanan</w:t>
            </w:r>
          </w:p>
          <w:p>
            <w:r>
              <w:rPr>
                <w:sz w:val="17"/>
              </w:rPr>
              <w:t>De vuxna bygger inte, barnen gör det. Varje lag får en del av salen eller skolgården och ska göra ett hinder som alla kan ta sig igenom på minst två sätt. Till sist kopplas delarna ihop till en lång bana.</w:t>
            </w:r>
          </w:p>
        </w:tc>
        <w:tc>
          <w:tcPr>
            <w:tcW w:type="dxa" w:w="1474"/>
          </w:tcPr>
          <w:p>
            <w:r>
              <w:t>En eftermiddag, En eftermiddag, ca 90 minuter</w:t>
            </w:r>
          </w:p>
        </w:tc>
        <w:tc>
          <w:tcPr>
            <w:tcW w:type="dxa" w:w="1134"/>
          </w:tcPr>
          <w:p>
            <w:r>
              <w:t>hela året</w:t>
            </w:r>
          </w:p>
        </w:tc>
        <w:tc>
          <w:tcPr>
            <w:tcW w:type="dxa" w:w="907"/>
          </w:tcPr>
          <w:p>
            <w:r>
              <w:t>F-3 och 4-6</w:t>
            </w:r>
          </w:p>
        </w:tc>
        <w:tc>
          <w:tcPr>
            <w:tcW w:type="dxa" w:w="1020"/>
          </w:tcPr>
          <w:p>
            <w:r>
              <w:t>1 timme</w:t>
            </w:r>
          </w:p>
        </w:tc>
      </w:tr>
      <w:tr>
        <w:tc>
          <w:tcPr>
            <w:tcW w:type="dxa" w:w="680"/>
          </w:tcPr>
          <w:p>
            <w:r>
              <w:t>T080</w:t>
            </w:r>
          </w:p>
        </w:tc>
        <w:tc>
          <w:tcPr>
            <w:tcW w:type="dxa" w:w="4649"/>
          </w:tcPr>
          <w:p>
            <w:r>
              <w:rPr>
                <w:b/>
              </w:rPr>
              <w:t>Lekplatstestarna</w:t>
            </w:r>
          </w:p>
          <w:p>
            <w:r>
              <w:rPr>
                <w:sz w:val="17"/>
              </w:rPr>
              <w:t>Fritids blir testpanel. Barnen besöker en eller två lekplatser i närområdet, provar allt och sätter betyg med egna symboler. Resultatet blir en lekplatsguide som andra barn och föräldrar kan använda.</w:t>
            </w:r>
          </w:p>
        </w:tc>
        <w:tc>
          <w:tcPr>
            <w:tcW w:type="dxa" w:w="1474"/>
          </w:tcPr>
          <w:p>
            <w:r>
              <w:t>En eftermiddag, En eftermiddag, 2 timmar, kan upprepas</w:t>
            </w:r>
          </w:p>
        </w:tc>
        <w:tc>
          <w:tcPr>
            <w:tcW w:type="dxa" w:w="1134"/>
          </w:tcPr>
          <w:p>
            <w:r>
              <w:t>vår</w:t>
            </w:r>
          </w:p>
        </w:tc>
        <w:tc>
          <w:tcPr>
            <w:tcW w:type="dxa" w:w="907"/>
          </w:tcPr>
          <w:p>
            <w:r>
              <w:t>F-3</w:t>
            </w:r>
          </w:p>
        </w:tc>
        <w:tc>
          <w:tcPr>
            <w:tcW w:type="dxa" w:w="1020"/>
          </w:tcPr>
          <w:p>
            <w:r>
              <w:t>1-2 timmar</w:t>
            </w:r>
          </w:p>
        </w:tc>
      </w:tr>
      <w:tr>
        <w:tc>
          <w:tcPr>
            <w:tcW w:type="dxa" w:w="680"/>
          </w:tcPr>
          <w:p>
            <w:r>
              <w:t>T081</w:t>
            </w:r>
          </w:p>
        </w:tc>
        <w:tc>
          <w:tcPr>
            <w:tcW w:type="dxa" w:w="4649"/>
          </w:tcPr>
          <w:p>
            <w:r>
              <w:rPr>
                <w:b/>
              </w:rPr>
              <w:t>Kritgatan</w:t>
            </w:r>
          </w:p>
          <w:p>
            <w:r>
              <w:rPr>
                <w:sz w:val="17"/>
              </w:rPr>
              <w:t>En bit asfalt förvandlas till en gata full av hagar, bollrutor och hoppstigar. Barnen lär sig gamla gatlekar och hittar på egna. Kritan räcker en vecka, eller tills det regnar.</w:t>
            </w:r>
          </w:p>
        </w:tc>
        <w:tc>
          <w:tcPr>
            <w:tcW w:type="dxa" w:w="1474"/>
          </w:tcPr>
          <w:p>
            <w:r>
              <w:t>En eftermiddag, En eftermiddag, ca 90 minuter</w:t>
            </w:r>
          </w:p>
        </w:tc>
        <w:tc>
          <w:tcPr>
            <w:tcW w:type="dxa" w:w="1134"/>
          </w:tcPr>
          <w:p>
            <w:r>
              <w:t>vår</w:t>
            </w:r>
          </w:p>
        </w:tc>
        <w:tc>
          <w:tcPr>
            <w:tcW w:type="dxa" w:w="907"/>
          </w:tcPr>
          <w:p>
            <w:r>
              <w:t>F-3</w:t>
            </w:r>
          </w:p>
        </w:tc>
        <w:tc>
          <w:tcPr>
            <w:tcW w:type="dxa" w:w="1020"/>
          </w:tcPr>
          <w:p>
            <w:r>
              <w:t>1 timme</w:t>
            </w:r>
          </w:p>
        </w:tc>
      </w:tr>
      <w:tr>
        <w:tc>
          <w:tcPr>
            <w:tcW w:type="dxa" w:w="680"/>
          </w:tcPr>
          <w:p>
            <w:r>
              <w:t>T082</w:t>
            </w:r>
          </w:p>
        </w:tc>
        <w:tc>
          <w:tcPr>
            <w:tcW w:type="dxa" w:w="4649"/>
          </w:tcPr>
          <w:p>
            <w:r>
              <w:rPr>
                <w:b/>
              </w:rPr>
              <w:t>Ficklampsjakten</w:t>
            </w:r>
          </w:p>
          <w:p>
            <w:r>
              <w:rPr>
                <w:sz w:val="17"/>
              </w:rPr>
              <w:t>I november är det mörkt redan vid halv fyra. Då passar det att göra mörkret till en lek: reflexer att leta, ljussignaler att tolka och en gömlek där bara ficklampan avslöjar.</w:t>
            </w:r>
          </w:p>
        </w:tc>
        <w:tc>
          <w:tcPr>
            <w:tcW w:type="dxa" w:w="1474"/>
          </w:tcPr>
          <w:p>
            <w:r>
              <w:t>En eftermiddag, En eftermiddag, 60-90 minuter efter mörkrets inbrott</w:t>
            </w:r>
          </w:p>
        </w:tc>
        <w:tc>
          <w:tcPr>
            <w:tcW w:type="dxa" w:w="1134"/>
          </w:tcPr>
          <w:p>
            <w:r>
              <w:t>höst, vinter</w:t>
            </w:r>
          </w:p>
        </w:tc>
        <w:tc>
          <w:tcPr>
            <w:tcW w:type="dxa" w:w="907"/>
          </w:tcPr>
          <w:p>
            <w:r>
              <w:t>F-3 och 4-6</w:t>
            </w:r>
          </w:p>
        </w:tc>
        <w:tc>
          <w:tcPr>
            <w:tcW w:type="dxa" w:w="1020"/>
          </w:tcPr>
          <w:p>
            <w:r>
              <w:t>1-2 timmar</w:t>
            </w:r>
          </w:p>
        </w:tc>
      </w:tr>
      <w:tr>
        <w:tc>
          <w:tcPr>
            <w:tcW w:type="dxa" w:w="680"/>
          </w:tcPr>
          <w:p>
            <w:r>
              <w:t>T083</w:t>
            </w:r>
          </w:p>
        </w:tc>
        <w:tc>
          <w:tcPr>
            <w:tcW w:type="dxa" w:w="4649"/>
          </w:tcPr>
          <w:p>
            <w:r>
              <w:rPr>
                <w:b/>
              </w:rPr>
              <w:t>Vattendagen</w:t>
            </w:r>
          </w:p>
          <w:p>
            <w:r>
              <w:rPr>
                <w:sz w:val="17"/>
              </w:rPr>
              <w:t>En het eftermiddag i juni eller augusti blir skolgården en vattenpark med stafetter, svamptransport och vattenlekar där målet är att bli blöt. Mitt i leken ryms ett kort pass om badvett.</w:t>
            </w:r>
          </w:p>
        </w:tc>
        <w:tc>
          <w:tcPr>
            <w:tcW w:type="dxa" w:w="1474"/>
          </w:tcPr>
          <w:p>
            <w:r>
              <w:t>En eftermiddag, En varm eftermiddag, ca 2 timmar</w:t>
            </w:r>
          </w:p>
        </w:tc>
        <w:tc>
          <w:tcPr>
            <w:tcW w:type="dxa" w:w="1134"/>
          </w:tcPr>
          <w:p>
            <w:r>
              <w:t>sommar</w:t>
            </w:r>
          </w:p>
        </w:tc>
        <w:tc>
          <w:tcPr>
            <w:tcW w:type="dxa" w:w="907"/>
          </w:tcPr>
          <w:p>
            <w:r>
              <w:t>F-3</w:t>
            </w:r>
          </w:p>
        </w:tc>
        <w:tc>
          <w:tcPr>
            <w:tcW w:type="dxa" w:w="1020"/>
          </w:tcPr>
          <w:p>
            <w:r>
              <w:t>1-2 timmar</w:t>
            </w:r>
          </w:p>
        </w:tc>
      </w:tr>
      <w:tr>
        <w:tc>
          <w:tcPr>
            <w:tcW w:type="dxa" w:w="680"/>
          </w:tcPr>
          <w:p>
            <w:r>
              <w:t>T084</w:t>
            </w:r>
          </w:p>
        </w:tc>
        <w:tc>
          <w:tcPr>
            <w:tcW w:type="dxa" w:w="4649"/>
          </w:tcPr>
          <w:p>
            <w:r>
              <w:rPr>
                <w:b/>
              </w:rPr>
              <w:t>Lekar från förr</w:t>
            </w:r>
          </w:p>
          <w:p>
            <w:r>
              <w:rPr>
                <w:sz w:val="17"/>
              </w:rPr>
              <w:t>Vad lekte farmor på rasten, och vad lekte hennes mormor? Under en vecka gör fritids om rasterna till 1940-tal och 1890-tal med kula, topp, hage, dunken och sånglekar.</w:t>
            </w:r>
          </w:p>
        </w:tc>
        <w:tc>
          <w:tcPr>
            <w:tcW w:type="dxa" w:w="1474"/>
          </w:tcPr>
          <w:p>
            <w:r>
              <w:t>Temavecka, 1 vecka</w:t>
            </w:r>
          </w:p>
        </w:tc>
        <w:tc>
          <w:tcPr>
            <w:tcW w:type="dxa" w:w="1134"/>
          </w:tcPr>
          <w:p>
            <w:r>
              <w:t>höst</w:t>
            </w:r>
          </w:p>
        </w:tc>
        <w:tc>
          <w:tcPr>
            <w:tcW w:type="dxa" w:w="907"/>
          </w:tcPr>
          <w:p>
            <w:r>
              <w:t>F-3 och 4-6</w:t>
            </w:r>
          </w:p>
        </w:tc>
        <w:tc>
          <w:tcPr>
            <w:tcW w:type="dxa" w:w="1020"/>
          </w:tcPr>
          <w:p>
            <w:r>
              <w:t>3 timmar</w:t>
            </w:r>
          </w:p>
        </w:tc>
      </w:tr>
      <w:tr>
        <w:tc>
          <w:tcPr>
            <w:tcW w:type="dxa" w:w="680"/>
          </w:tcPr>
          <w:p>
            <w:r>
              <w:t>T085</w:t>
            </w:r>
          </w:p>
        </w:tc>
        <w:tc>
          <w:tcPr>
            <w:tcW w:type="dxa" w:w="4649"/>
          </w:tcPr>
          <w:p>
            <w:r>
              <w:rPr>
                <w:b/>
              </w:rPr>
              <w:t>Snöbyggarveckan</w:t>
            </w:r>
          </w:p>
          <w:p>
            <w:r>
              <w:rPr>
                <w:sz w:val="17"/>
              </w:rPr>
              <w:t>När det äntligen snöar lägger fritids allt annat åt sidan. En vecka med snöbygge, lyktor, pulka och vinterlekar, och på fredagen en snöby som hela skolan får gå igenom.</w:t>
            </w:r>
          </w:p>
        </w:tc>
        <w:tc>
          <w:tcPr>
            <w:tcW w:type="dxa" w:w="1474"/>
          </w:tcPr>
          <w:p>
            <w:r>
              <w:t>Temavecka, 1 vecka när snön finns</w:t>
            </w:r>
          </w:p>
        </w:tc>
        <w:tc>
          <w:tcPr>
            <w:tcW w:type="dxa" w:w="1134"/>
          </w:tcPr>
          <w:p>
            <w:r>
              <w:t>vinter</w:t>
            </w:r>
          </w:p>
        </w:tc>
        <w:tc>
          <w:tcPr>
            <w:tcW w:type="dxa" w:w="907"/>
          </w:tcPr>
          <w:p>
            <w:r>
              <w:t>F-3 och 4-6</w:t>
            </w:r>
          </w:p>
        </w:tc>
        <w:tc>
          <w:tcPr>
            <w:tcW w:type="dxa" w:w="1020"/>
          </w:tcPr>
          <w:p>
            <w:r>
              <w:t>2 timmar, plus beredskap att starta snabbt</w:t>
            </w:r>
          </w:p>
        </w:tc>
      </w:tr>
      <w:tr>
        <w:tc>
          <w:tcPr>
            <w:tcW w:type="dxa" w:w="680"/>
          </w:tcPr>
          <w:p>
            <w:r>
              <w:t>T086</w:t>
            </w:r>
          </w:p>
        </w:tc>
        <w:tc>
          <w:tcPr>
            <w:tcW w:type="dxa" w:w="4649"/>
          </w:tcPr>
          <w:p>
            <w:r>
              <w:rPr>
                <w:b/>
              </w:rPr>
              <w:t>Cirkusskolan</w:t>
            </w:r>
          </w:p>
          <w:p>
            <w:r>
              <w:rPr>
                <w:sz w:val="17"/>
              </w:rPr>
              <w:t>Jonglera, balansera, bygga pyramider och gå på lina. Varje dag tränar barnen ett nytt cirkusområde och på fredagen visar de vad de kan, eller håller i ett trick bakom kulisserna.</w:t>
            </w:r>
          </w:p>
        </w:tc>
        <w:tc>
          <w:tcPr>
            <w:tcW w:type="dxa" w:w="1474"/>
          </w:tcPr>
          <w:p>
            <w:r>
              <w:t>Temavecka, 1 vecka</w:t>
            </w:r>
          </w:p>
        </w:tc>
        <w:tc>
          <w:tcPr>
            <w:tcW w:type="dxa" w:w="1134"/>
          </w:tcPr>
          <w:p>
            <w:r>
              <w:t>vår</w:t>
            </w:r>
          </w:p>
        </w:tc>
        <w:tc>
          <w:tcPr>
            <w:tcW w:type="dxa" w:w="907"/>
          </w:tcPr>
          <w:p>
            <w:r>
              <w:t>F-3 och 4-6</w:t>
            </w:r>
          </w:p>
        </w:tc>
        <w:tc>
          <w:tcPr>
            <w:tcW w:type="dxa" w:w="1020"/>
          </w:tcPr>
          <w:p>
            <w:r>
              <w:t>3-4 timmar inklusive materialtillverkning</w:t>
            </w:r>
          </w:p>
        </w:tc>
      </w:tr>
      <w:tr>
        <w:tc>
          <w:tcPr>
            <w:tcW w:type="dxa" w:w="680"/>
          </w:tcPr>
          <w:p>
            <w:r>
              <w:t>T087</w:t>
            </w:r>
          </w:p>
        </w:tc>
        <w:tc>
          <w:tcPr>
            <w:tcW w:type="dxa" w:w="4649"/>
          </w:tcPr>
          <w:p>
            <w:r>
              <w:rPr>
                <w:b/>
              </w:rPr>
              <w:t>Ninjaveckan</w:t>
            </w:r>
          </w:p>
          <w:p>
            <w:r>
              <w:rPr>
                <w:sz w:val="17"/>
              </w:rPr>
              <w:t>Hänga, klättra, balansera och ta sig fram utan att röra golvet. Fritidsklubben tränar ninjateknik varje dag och på fredagen körs en bana där man tävlar mot sin egen tid.</w:t>
            </w:r>
          </w:p>
        </w:tc>
        <w:tc>
          <w:tcPr>
            <w:tcW w:type="dxa" w:w="1474"/>
          </w:tcPr>
          <w:p>
            <w:r>
              <w:t>Temavecka, 1 vecka</w:t>
            </w:r>
          </w:p>
        </w:tc>
        <w:tc>
          <w:tcPr>
            <w:tcW w:type="dxa" w:w="1134"/>
          </w:tcPr>
          <w:p>
            <w:r>
              <w:t>vinter</w:t>
            </w:r>
          </w:p>
        </w:tc>
        <w:tc>
          <w:tcPr>
            <w:tcW w:type="dxa" w:w="907"/>
          </w:tcPr>
          <w:p>
            <w:r>
              <w:t>4-6</w:t>
            </w:r>
          </w:p>
        </w:tc>
        <w:tc>
          <w:tcPr>
            <w:tcW w:type="dxa" w:w="1020"/>
          </w:tcPr>
          <w:p>
            <w:r>
              <w:t>2-3 timmar</w:t>
            </w:r>
          </w:p>
        </w:tc>
      </w:tr>
      <w:tr>
        <w:tc>
          <w:tcPr>
            <w:tcW w:type="dxa" w:w="680"/>
          </w:tcPr>
          <w:p>
            <w:r>
              <w:t>T088</w:t>
            </w:r>
          </w:p>
        </w:tc>
        <w:tc>
          <w:tcPr>
            <w:tcW w:type="dxa" w:w="4649"/>
          </w:tcPr>
          <w:p>
            <w:r>
              <w:rPr>
                <w:b/>
              </w:rPr>
              <w:t>Samarbetsveckan</w:t>
            </w:r>
          </w:p>
          <w:p>
            <w:r>
              <w:rPr>
                <w:sz w:val="17"/>
              </w:rPr>
              <w:t>Varje dag får lagen en utmaning som ingen klarar ensam: ett spindelnät att ta sig igenom, en flod att korsa på tre mattor, en laserbana med förbundna ögon. Bra vid terminsstart när grupper ska hitta varandra.</w:t>
            </w:r>
          </w:p>
        </w:tc>
        <w:tc>
          <w:tcPr>
            <w:tcW w:type="dxa" w:w="1474"/>
          </w:tcPr>
          <w:p>
            <w:r>
              <w:t>Temavecka, 1 vecka</w:t>
            </w:r>
          </w:p>
        </w:tc>
        <w:tc>
          <w:tcPr>
            <w:tcW w:type="dxa" w:w="1134"/>
          </w:tcPr>
          <w:p>
            <w:r>
              <w:t>höst</w:t>
            </w:r>
          </w:p>
        </w:tc>
        <w:tc>
          <w:tcPr>
            <w:tcW w:type="dxa" w:w="907"/>
          </w:tcPr>
          <w:p>
            <w:r>
              <w:t>F-3 och 4-6</w:t>
            </w:r>
          </w:p>
        </w:tc>
        <w:tc>
          <w:tcPr>
            <w:tcW w:type="dxa" w:w="1020"/>
          </w:tcPr>
          <w:p>
            <w:r>
              <w:t>3 timmar</w:t>
            </w:r>
          </w:p>
        </w:tc>
      </w:tr>
      <w:tr>
        <w:tc>
          <w:tcPr>
            <w:tcW w:type="dxa" w:w="680"/>
          </w:tcPr>
          <w:p>
            <w:r>
              <w:t>T089</w:t>
            </w:r>
          </w:p>
        </w:tc>
        <w:tc>
          <w:tcPr>
            <w:tcW w:type="dxa" w:w="4649"/>
          </w:tcPr>
          <w:p>
            <w:r>
              <w:rPr>
                <w:b/>
              </w:rPr>
              <w:t>Orienteringsveckan</w:t>
            </w:r>
          </w:p>
          <w:p>
            <w:r>
              <w:rPr>
                <w:sz w:val="17"/>
              </w:rPr>
              <w:t>Från rummets karta till skolgårdens och vidare ut i parken. Barnen ritar egna kartor, letar kontroller och avslutar med en riktig sprintbana runt kvarteret.</w:t>
            </w:r>
          </w:p>
        </w:tc>
        <w:tc>
          <w:tcPr>
            <w:tcW w:type="dxa" w:w="1474"/>
          </w:tcPr>
          <w:p>
            <w:r>
              <w:t>Temavecka, 1 vecka</w:t>
            </w:r>
          </w:p>
        </w:tc>
        <w:tc>
          <w:tcPr>
            <w:tcW w:type="dxa" w:w="1134"/>
          </w:tcPr>
          <w:p>
            <w:r>
              <w:t>vår, höst</w:t>
            </w:r>
          </w:p>
        </w:tc>
        <w:tc>
          <w:tcPr>
            <w:tcW w:type="dxa" w:w="907"/>
          </w:tcPr>
          <w:p>
            <w:r>
              <w:t>F-3 och 4-6</w:t>
            </w:r>
          </w:p>
        </w:tc>
        <w:tc>
          <w:tcPr>
            <w:tcW w:type="dxa" w:w="1020"/>
          </w:tcPr>
          <w:p>
            <w:r>
              <w:t>4 timmar</w:t>
            </w:r>
          </w:p>
        </w:tc>
      </w:tr>
      <w:tr>
        <w:tc>
          <w:tcPr>
            <w:tcW w:type="dxa" w:w="680"/>
          </w:tcPr>
          <w:p>
            <w:r>
              <w:t>T090</w:t>
            </w:r>
          </w:p>
        </w:tc>
        <w:tc>
          <w:tcPr>
            <w:tcW w:type="dxa" w:w="4649"/>
          </w:tcPr>
          <w:p>
            <w:r>
              <w:rPr>
                <w:b/>
              </w:rPr>
              <w:t>Rekordveckan</w:t>
            </w:r>
          </w:p>
          <w:p>
            <w:r>
              <w:rPr>
                <w:sz w:val="17"/>
              </w:rPr>
              <w:t>Hoppa, kasta och springa på lekfulla sätt, och slå sitt eget rekord. Varje barn har ett rekordkort och tävlar bara mot sig själv. På fredagen slår fritids ett gemensamt rekord.</w:t>
            </w:r>
          </w:p>
        </w:tc>
        <w:tc>
          <w:tcPr>
            <w:tcW w:type="dxa" w:w="1474"/>
          </w:tcPr>
          <w:p>
            <w:r>
              <w:t>Temavecka, 1 vecka</w:t>
            </w:r>
          </w:p>
        </w:tc>
        <w:tc>
          <w:tcPr>
            <w:tcW w:type="dxa" w:w="1134"/>
          </w:tcPr>
          <w:p>
            <w:r>
              <w:t>vår</w:t>
            </w:r>
          </w:p>
        </w:tc>
        <w:tc>
          <w:tcPr>
            <w:tcW w:type="dxa" w:w="907"/>
          </w:tcPr>
          <w:p>
            <w:r>
              <w:t>F-3 och 4-6</w:t>
            </w:r>
          </w:p>
        </w:tc>
        <w:tc>
          <w:tcPr>
            <w:tcW w:type="dxa" w:w="1020"/>
          </w:tcPr>
          <w:p>
            <w:r>
              <w:t>2 timmar</w:t>
            </w:r>
          </w:p>
        </w:tc>
      </w:tr>
      <w:tr>
        <w:tc>
          <w:tcPr>
            <w:tcW w:type="dxa" w:w="680"/>
          </w:tcPr>
          <w:p>
            <w:r>
              <w:t>T091</w:t>
            </w:r>
          </w:p>
        </w:tc>
        <w:tc>
          <w:tcPr>
            <w:tcW w:type="dxa" w:w="4649"/>
          </w:tcPr>
          <w:p>
            <w:r>
              <w:rPr>
                <w:b/>
              </w:rPr>
              <w:t>Hopprepsveckan</w:t>
            </w:r>
          </w:p>
          <w:p>
            <w:r>
              <w:rPr>
                <w:sz w:val="17"/>
              </w:rPr>
              <w:t>Hopprepet är en av de äldsta rastleksakerna och fortfarande en av de bästa. En vecka med enkelrep, långrep, ramsor och trick. Målet är att alla lär sig något nytt.</w:t>
            </w:r>
          </w:p>
        </w:tc>
        <w:tc>
          <w:tcPr>
            <w:tcW w:type="dxa" w:w="1474"/>
          </w:tcPr>
          <w:p>
            <w:r>
              <w:t>Temavecka, 1 vecka</w:t>
            </w:r>
          </w:p>
        </w:tc>
        <w:tc>
          <w:tcPr>
            <w:tcW w:type="dxa" w:w="1134"/>
          </w:tcPr>
          <w:p>
            <w:r>
              <w:t>vår</w:t>
            </w:r>
          </w:p>
        </w:tc>
        <w:tc>
          <w:tcPr>
            <w:tcW w:type="dxa" w:w="907"/>
          </w:tcPr>
          <w:p>
            <w:r>
              <w:t>F-3</w:t>
            </w:r>
          </w:p>
        </w:tc>
        <w:tc>
          <w:tcPr>
            <w:tcW w:type="dxa" w:w="1020"/>
          </w:tcPr>
          <w:p>
            <w:r>
              <w:t>1-2 timmar</w:t>
            </w:r>
          </w:p>
        </w:tc>
      </w:tr>
      <w:tr>
        <w:tc>
          <w:tcPr>
            <w:tcW w:type="dxa" w:w="680"/>
          </w:tcPr>
          <w:p>
            <w:r>
              <w:t>T092</w:t>
            </w:r>
          </w:p>
        </w:tc>
        <w:tc>
          <w:tcPr>
            <w:tcW w:type="dxa" w:w="4649"/>
          </w:tcPr>
          <w:p>
            <w:r>
              <w:rPr>
                <w:b/>
              </w:rPr>
              <w:t>Fritids-OS</w:t>
            </w:r>
          </w:p>
          <w:p>
            <w:r>
              <w:rPr>
                <w:sz w:val="17"/>
              </w:rPr>
              <w:t>Fritids blir ett olympiskt spel med länder, flaggor, maskot, invigning med eld och tokiga grenar. Barnen planerar grenarna, tränar och tävlar med fair play som viktigaste regel.</w:t>
            </w:r>
          </w:p>
        </w:tc>
        <w:tc>
          <w:tcPr>
            <w:tcW w:type="dxa" w:w="1474"/>
          </w:tcPr>
          <w:p>
            <w:r>
              <w:t>Projekt, 3 veckor</w:t>
            </w:r>
          </w:p>
        </w:tc>
        <w:tc>
          <w:tcPr>
            <w:tcW w:type="dxa" w:w="1134"/>
          </w:tcPr>
          <w:p>
            <w:r>
              <w:t>vår, sommar</w:t>
            </w:r>
          </w:p>
        </w:tc>
        <w:tc>
          <w:tcPr>
            <w:tcW w:type="dxa" w:w="907"/>
          </w:tcPr>
          <w:p>
            <w:r>
              <w:t>F-3 och 4-6</w:t>
            </w:r>
          </w:p>
        </w:tc>
        <w:tc>
          <w:tcPr>
            <w:tcW w:type="dxa" w:w="1020"/>
          </w:tcPr>
          <w:p>
            <w:r>
              <w:t>4-5 timmar</w:t>
            </w:r>
          </w:p>
        </w:tc>
      </w:tr>
      <w:tr>
        <w:tc>
          <w:tcPr>
            <w:tcW w:type="dxa" w:w="680"/>
          </w:tcPr>
          <w:p>
            <w:r>
              <w:t>T093</w:t>
            </w:r>
          </w:p>
        </w:tc>
        <w:tc>
          <w:tcPr>
            <w:tcW w:type="dxa" w:w="4649"/>
          </w:tcPr>
          <w:p>
            <w:r>
              <w:rPr>
                <w:b/>
              </w:rPr>
              <w:t>Kojbyggarna</w:t>
            </w:r>
          </w:p>
          <w:p>
            <w:r>
              <w:rPr>
                <w:sz w:val="17"/>
              </w:rPr>
              <w:t>I skogsdungen bakom skolan eller i en närliggande park bygger kojlagen var sin koja av nedfallna grenar, presenningar och rep. Kojorna får stå kvar hela hösten.</w:t>
            </w:r>
          </w:p>
        </w:tc>
        <w:tc>
          <w:tcPr>
            <w:tcW w:type="dxa" w:w="1474"/>
          </w:tcPr>
          <w:p>
            <w:r>
              <w:t>Projekt, 3-4 veckor, 2 eftermiddagar i veckan</w:t>
            </w:r>
          </w:p>
        </w:tc>
        <w:tc>
          <w:tcPr>
            <w:tcW w:type="dxa" w:w="1134"/>
          </w:tcPr>
          <w:p>
            <w:r>
              <w:t>höst</w:t>
            </w:r>
          </w:p>
        </w:tc>
        <w:tc>
          <w:tcPr>
            <w:tcW w:type="dxa" w:w="907"/>
          </w:tcPr>
          <w:p>
            <w:r>
              <w:t>F-3 och 4-6</w:t>
            </w:r>
          </w:p>
        </w:tc>
        <w:tc>
          <w:tcPr>
            <w:tcW w:type="dxa" w:w="1020"/>
          </w:tcPr>
          <w:p>
            <w:r>
              <w:t>3 timmar</w:t>
            </w:r>
          </w:p>
        </w:tc>
      </w:tr>
      <w:tr>
        <w:tc>
          <w:tcPr>
            <w:tcW w:type="dxa" w:w="680"/>
          </w:tcPr>
          <w:p>
            <w:r>
              <w:t>T094</w:t>
            </w:r>
          </w:p>
        </w:tc>
        <w:tc>
          <w:tcPr>
            <w:tcW w:type="dxa" w:w="4649"/>
          </w:tcPr>
          <w:p>
            <w:r>
              <w:rPr>
                <w:b/>
              </w:rPr>
              <w:t>Lajvet</w:t>
            </w:r>
          </w:p>
          <w:p>
            <w:r>
              <w:rPr>
                <w:sz w:val="17"/>
              </w:rPr>
              <w:t>Fritidsklubben gör ett eget levande rollspel ute. Barnen skapar rollfigurer och fraktioner, tillverkar kostym och rekvisita, och på lajvdagen spelar de en hel eftermiddag i en värld de själva varit med och byggt.</w:t>
            </w:r>
          </w:p>
        </w:tc>
        <w:tc>
          <w:tcPr>
            <w:tcW w:type="dxa" w:w="1474"/>
          </w:tcPr>
          <w:p>
            <w:r>
              <w:t>Projekt, 3 veckor, avslutas med en lajvdag</w:t>
            </w:r>
          </w:p>
        </w:tc>
        <w:tc>
          <w:tcPr>
            <w:tcW w:type="dxa" w:w="1134"/>
          </w:tcPr>
          <w:p>
            <w:r>
              <w:t>vår</w:t>
            </w:r>
          </w:p>
        </w:tc>
        <w:tc>
          <w:tcPr>
            <w:tcW w:type="dxa" w:w="907"/>
          </w:tcPr>
          <w:p>
            <w:r>
              <w:t>4-6</w:t>
            </w:r>
          </w:p>
        </w:tc>
        <w:tc>
          <w:tcPr>
            <w:tcW w:type="dxa" w:w="1020"/>
          </w:tcPr>
          <w:p>
            <w:r>
              <w:t>6-8 timmar</w:t>
            </w:r>
          </w:p>
        </w:tc>
      </w:tr>
      <w:tr>
        <w:tc>
          <w:tcPr>
            <w:tcW w:type="dxa" w:w="680"/>
          </w:tcPr>
          <w:p>
            <w:r>
              <w:t>T095</w:t>
            </w:r>
          </w:p>
        </w:tc>
        <w:tc>
          <w:tcPr>
            <w:tcW w:type="dxa" w:w="4649"/>
          </w:tcPr>
          <w:p>
            <w:r>
              <w:rPr>
                <w:b/>
              </w:rPr>
              <w:t>Lekledarskolan</w:t>
            </w:r>
          </w:p>
          <w:p>
            <w:r>
              <w:rPr>
                <w:sz w:val="17"/>
              </w:rPr>
              <w:t>Fritidsklubbens barn utbildas till lekledare och leder sedan lekar för de yngre på fritids. De lär sig välja lek, förklara kort, dela in lag och se till att alla får vara med.</w:t>
            </w:r>
          </w:p>
        </w:tc>
        <w:tc>
          <w:tcPr>
            <w:tcW w:type="dxa" w:w="1474"/>
          </w:tcPr>
          <w:p>
            <w:r>
              <w:t>Projekt, 4-5 veckor, 1-2 gånger i veckan</w:t>
            </w:r>
          </w:p>
        </w:tc>
        <w:tc>
          <w:tcPr>
            <w:tcW w:type="dxa" w:w="1134"/>
          </w:tcPr>
          <w:p>
            <w:r>
              <w:t>höst</w:t>
            </w:r>
          </w:p>
        </w:tc>
        <w:tc>
          <w:tcPr>
            <w:tcW w:type="dxa" w:w="907"/>
          </w:tcPr>
          <w:p>
            <w:r>
              <w:t>4-6</w:t>
            </w:r>
          </w:p>
        </w:tc>
        <w:tc>
          <w:tcPr>
            <w:tcW w:type="dxa" w:w="1020"/>
          </w:tcPr>
          <w:p>
            <w:r>
              <w:t>3 timmar</w:t>
            </w:r>
          </w:p>
        </w:tc>
      </w:tr>
      <w:tr>
        <w:tc>
          <w:tcPr>
            <w:tcW w:type="dxa" w:w="680"/>
          </w:tcPr>
          <w:p>
            <w:r>
              <w:t>T096</w:t>
            </w:r>
          </w:p>
        </w:tc>
        <w:tc>
          <w:tcPr>
            <w:tcW w:type="dxa" w:w="4649"/>
          </w:tcPr>
          <w:p>
            <w:r>
              <w:rPr>
                <w:b/>
              </w:rPr>
              <w:t>Världens lekar</w:t>
            </w:r>
          </w:p>
          <w:p>
            <w:r>
              <w:rPr>
                <w:sz w:val="17"/>
              </w:rPr>
              <w:t>Familjerna på fritids kommer från många länder och har lekt många lekar. Varje vecka lär sig fritids en lek från en familj och lägger den i en egen lekbank med karta.</w:t>
            </w:r>
          </w:p>
        </w:tc>
        <w:tc>
          <w:tcPr>
            <w:tcW w:type="dxa" w:w="1474"/>
          </w:tcPr>
          <w:p>
            <w:r>
              <w:t>Projekt, 4-6 veckor, en lek i veckan</w:t>
            </w:r>
          </w:p>
        </w:tc>
        <w:tc>
          <w:tcPr>
            <w:tcW w:type="dxa" w:w="1134"/>
          </w:tcPr>
          <w:p>
            <w:r>
              <w:t>hela året</w:t>
            </w:r>
          </w:p>
        </w:tc>
        <w:tc>
          <w:tcPr>
            <w:tcW w:type="dxa" w:w="907"/>
          </w:tcPr>
          <w:p>
            <w:r>
              <w:t>F-3 och 4-6</w:t>
            </w:r>
          </w:p>
        </w:tc>
        <w:tc>
          <w:tcPr>
            <w:tcW w:type="dxa" w:w="1020"/>
          </w:tcPr>
          <w:p>
            <w:r>
              <w:t>3 timmar</w:t>
            </w:r>
          </w:p>
        </w:tc>
      </w:tr>
      <w:tr>
        <w:tc>
          <w:tcPr>
            <w:tcW w:type="dxa" w:w="680"/>
          </w:tcPr>
          <w:p>
            <w:r>
              <w:t>T097</w:t>
            </w:r>
          </w:p>
        </w:tc>
        <w:tc>
          <w:tcPr>
            <w:tcW w:type="dxa" w:w="4649"/>
          </w:tcPr>
          <w:p>
            <w:r>
              <w:rPr>
                <w:b/>
              </w:rPr>
              <w:t>Frisbeegolfbanan</w:t>
            </w:r>
          </w:p>
          <w:p>
            <w:r>
              <w:rPr>
                <w:sz w:val="17"/>
              </w:rPr>
              <w:t>Fritidsklubben ritar, bygger och invigar en egen frisbeegolfbana på skolgården, med mål av hinkar och däck. Banan får stå kvar så att alla på skolan kan spela.</w:t>
            </w:r>
          </w:p>
        </w:tc>
        <w:tc>
          <w:tcPr>
            <w:tcW w:type="dxa" w:w="1474"/>
          </w:tcPr>
          <w:p>
            <w:r>
              <w:t>Projekt, 4-6 veckor</w:t>
            </w:r>
          </w:p>
        </w:tc>
        <w:tc>
          <w:tcPr>
            <w:tcW w:type="dxa" w:w="1134"/>
          </w:tcPr>
          <w:p>
            <w:r>
              <w:t>vår, höst</w:t>
            </w:r>
          </w:p>
        </w:tc>
        <w:tc>
          <w:tcPr>
            <w:tcW w:type="dxa" w:w="907"/>
          </w:tcPr>
          <w:p>
            <w:r>
              <w:t>4-6</w:t>
            </w:r>
          </w:p>
        </w:tc>
        <w:tc>
          <w:tcPr>
            <w:tcW w:type="dxa" w:w="1020"/>
          </w:tcPr>
          <w:p>
            <w:r>
              <w:t>3-4 timmar</w:t>
            </w:r>
          </w:p>
        </w:tc>
      </w:tr>
      <w:tr>
        <w:tc>
          <w:tcPr>
            <w:tcW w:type="dxa" w:w="680"/>
          </w:tcPr>
          <w:p>
            <w:r>
              <w:t>T098</w:t>
            </w:r>
          </w:p>
        </w:tc>
        <w:tc>
          <w:tcPr>
            <w:tcW w:type="dxa" w:w="4649"/>
          </w:tcPr>
          <w:p>
            <w:r>
              <w:rPr>
                <w:b/>
              </w:rPr>
              <w:t>Brännbollscupen</w:t>
            </w:r>
          </w:p>
          <w:p>
            <w:r>
              <w:rPr>
                <w:sz w:val="17"/>
              </w:rPr>
              <w:t>Terminsstarten inleds varje år med brännbollscupen. Lag med både stora och små, hejarramsor och en final där vuxna möter barn. Det bästa sättet att få nya barn att känna sig hemma.</w:t>
            </w:r>
          </w:p>
        </w:tc>
        <w:tc>
          <w:tcPr>
            <w:tcW w:type="dxa" w:w="1474"/>
          </w:tcPr>
          <w:p>
            <w:r>
              <w:t>Tradition, Varje år, 2-3 veckor i augusti och september</w:t>
            </w:r>
          </w:p>
        </w:tc>
        <w:tc>
          <w:tcPr>
            <w:tcW w:type="dxa" w:w="1134"/>
          </w:tcPr>
          <w:p>
            <w:r>
              <w:t>sommar, höst</w:t>
            </w:r>
          </w:p>
        </w:tc>
        <w:tc>
          <w:tcPr>
            <w:tcW w:type="dxa" w:w="907"/>
          </w:tcPr>
          <w:p>
            <w:r>
              <w:t>F-3 och 4-6</w:t>
            </w:r>
          </w:p>
        </w:tc>
        <w:tc>
          <w:tcPr>
            <w:tcW w:type="dxa" w:w="1020"/>
          </w:tcPr>
          <w:p>
            <w:r>
              <w:t>2 timmar första året, sedan 1 timme</w:t>
            </w:r>
          </w:p>
        </w:tc>
      </w:tr>
      <w:tr>
        <w:tc>
          <w:tcPr>
            <w:tcW w:type="dxa" w:w="680"/>
          </w:tcPr>
          <w:p>
            <w:r>
              <w:t>T099</w:t>
            </w:r>
          </w:p>
        </w:tc>
        <w:tc>
          <w:tcPr>
            <w:tcW w:type="dxa" w:w="4649"/>
          </w:tcPr>
          <w:p>
            <w:r>
              <w:rPr>
                <w:b/>
              </w:rPr>
              <w:t>Kingligan</w:t>
            </w:r>
          </w:p>
          <w:p>
            <w:r>
              <w:rPr>
                <w:sz w:val="17"/>
              </w:rPr>
              <w:t>King spelas redan på varje skolgård. Kingligan gör det till en tradition med egna regler, en regelbok som barnen skriver och en ligatabell som tickar hela året.</w:t>
            </w:r>
          </w:p>
        </w:tc>
        <w:tc>
          <w:tcPr>
            <w:tcW w:type="dxa" w:w="1474"/>
          </w:tcPr>
          <w:p>
            <w:r>
              <w:t>Tradition, Hela läsåret, en ligaomgång i veckan</w:t>
            </w:r>
          </w:p>
        </w:tc>
        <w:tc>
          <w:tcPr>
            <w:tcW w:type="dxa" w:w="1134"/>
          </w:tcPr>
          <w:p>
            <w:r>
              <w:t>hela året</w:t>
            </w:r>
          </w:p>
        </w:tc>
        <w:tc>
          <w:tcPr>
            <w:tcW w:type="dxa" w:w="907"/>
          </w:tcPr>
          <w:p>
            <w:r>
              <w:t>4-6</w:t>
            </w:r>
          </w:p>
        </w:tc>
        <w:tc>
          <w:tcPr>
            <w:tcW w:type="dxa" w:w="1020"/>
          </w:tcPr>
          <w:p>
            <w:r>
              <w:t>1-2 timmar första gången</w:t>
            </w:r>
          </w:p>
        </w:tc>
      </w:tr>
      <w:tr>
        <w:tc>
          <w:tcPr>
            <w:tcW w:type="dxa" w:w="680"/>
          </w:tcPr>
          <w:p>
            <w:r>
              <w:t>T100</w:t>
            </w:r>
          </w:p>
        </w:tc>
        <w:tc>
          <w:tcPr>
            <w:tcW w:type="dxa" w:w="4649"/>
          </w:tcPr>
          <w:p>
            <w:r>
              <w:rPr>
                <w:b/>
              </w:rPr>
              <w:t>Fyra utedagar</w:t>
            </w:r>
          </w:p>
          <w:p>
            <w:r>
              <w:rPr>
                <w:sz w:val="17"/>
              </w:rPr>
              <w:t>Fyra gånger per år ägnar fritids en hel lovdag eller lång eftermiddag åt att vara ute, oavsett väder. Samma plats varje gång, så barnen ser hur den förändras mellan rusk, snö, knopp och sol.</w:t>
            </w:r>
          </w:p>
        </w:tc>
        <w:tc>
          <w:tcPr>
            <w:tcW w:type="dxa" w:w="1474"/>
          </w:tcPr>
          <w:p>
            <w:r>
              <w:t>Tradition, En dag per årstid, återkommande</w:t>
            </w:r>
          </w:p>
        </w:tc>
        <w:tc>
          <w:tcPr>
            <w:tcW w:type="dxa" w:w="1134"/>
          </w:tcPr>
          <w:p>
            <w:r>
              <w:t>hela året</w:t>
            </w:r>
          </w:p>
        </w:tc>
        <w:tc>
          <w:tcPr>
            <w:tcW w:type="dxa" w:w="907"/>
          </w:tcPr>
          <w:p>
            <w:r>
              <w:t>F-3 och 4-6</w:t>
            </w:r>
          </w:p>
        </w:tc>
        <w:tc>
          <w:tcPr>
            <w:tcW w:type="dxa" w:w="1020"/>
          </w:tcPr>
          <w:p>
            <w:r>
              <w:t>2 timmar per tillfälle</w:t>
            </w:r>
          </w:p>
        </w:tc>
      </w:tr>
    </w:tbl>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